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9A8" w:rsidRDefault="00FC006C">
      <w:pPr>
        <w:jc w:val="center"/>
      </w:pPr>
      <w:r>
        <w:rPr>
          <w:rFonts w:ascii="Arial" w:eastAsia="Arial" w:hAnsi="Arial"/>
          <w:b/>
          <w:i/>
          <w:sz w:val="24"/>
        </w:rPr>
        <w:t>Dieta łatwostrawna z ograniczeniem tłuszczu – D05</w:t>
      </w:r>
    </w:p>
    <w:tbl>
      <w:tblPr>
        <w:tblStyle w:val="Tabela-Siatka"/>
        <w:tblW w:w="0" w:type="auto"/>
        <w:tblLook w:val="04A0"/>
      </w:tblPr>
      <w:tblGrid>
        <w:gridCol w:w="2160"/>
        <w:gridCol w:w="2160"/>
        <w:gridCol w:w="2160"/>
        <w:gridCol w:w="2160"/>
      </w:tblGrid>
      <w:tr w:rsidR="005749A8">
        <w:tc>
          <w:tcPr>
            <w:tcW w:w="2160" w:type="dxa"/>
          </w:tcPr>
          <w:p w:rsidR="005749A8" w:rsidRDefault="00FC006C">
            <w:r>
              <w:t>DATA</w:t>
            </w:r>
          </w:p>
        </w:tc>
        <w:tc>
          <w:tcPr>
            <w:tcW w:w="2160" w:type="dxa"/>
          </w:tcPr>
          <w:p w:rsidR="005749A8" w:rsidRDefault="00FC006C">
            <w:r>
              <w:t>POSIŁEK</w:t>
            </w:r>
          </w:p>
        </w:tc>
        <w:tc>
          <w:tcPr>
            <w:tcW w:w="2160" w:type="dxa"/>
          </w:tcPr>
          <w:p w:rsidR="005749A8" w:rsidRDefault="00FC006C">
            <w:r>
              <w:t>SKŁAD</w:t>
            </w:r>
          </w:p>
        </w:tc>
        <w:tc>
          <w:tcPr>
            <w:tcW w:w="2160" w:type="dxa"/>
          </w:tcPr>
          <w:p w:rsidR="005749A8" w:rsidRDefault="00FC006C">
            <w:r>
              <w:t>WARTOŚCI ODŻYWCZE</w:t>
            </w:r>
          </w:p>
        </w:tc>
      </w:tr>
      <w:tr w:rsidR="005749A8">
        <w:tc>
          <w:tcPr>
            <w:tcW w:w="2160" w:type="dxa"/>
            <w:vMerge w:val="restart"/>
          </w:tcPr>
          <w:p w:rsidR="005749A8" w:rsidRDefault="00FC006C">
            <w:r>
              <w:t>17.08.2026</w:t>
            </w:r>
          </w:p>
        </w:tc>
        <w:tc>
          <w:tcPr>
            <w:tcW w:w="2160" w:type="dxa"/>
          </w:tcPr>
          <w:p w:rsidR="005749A8" w:rsidRDefault="00FC006C">
            <w:r>
              <w:t>ŚNIADANIE</w:t>
            </w:r>
          </w:p>
        </w:tc>
        <w:tc>
          <w:tcPr>
            <w:tcW w:w="2160" w:type="dxa"/>
          </w:tcPr>
          <w:p w:rsidR="005749A8" w:rsidRDefault="00FC006C">
            <w:r>
              <w:t xml:space="preserve">Banan   1szt.   1   szt Jogurt   brzoskwiniowy   100g   1 szt   ( MLE,   ) Len mielony   5  g Bułka   pszenna   długa   krojona   60 g ( GLU   </w:t>
            </w:r>
            <w:r>
              <w:t xml:space="preserve">PSZ,   ) Tłuszcz   do   smarowania   59% tł.   10g   1   szt Pierś delikatna   drobiowa z   połączonych kaw. fileta   drob.parzona.   w osłonce   niejadalnej   55   g   (     może zawierać:   GLU   PSZ,   SOJ,   MLE,   SEL,   ) Mus z   jabłek   ()   b/c   </w:t>
            </w:r>
            <w:r>
              <w:t>70   g Sałata   zielona   5   g Kawa   zbożowa   z   mlekiem   b/c   220 ml   (   MLE,   GLU   ŻYT, GLU JĘCZ,   )</w:t>
            </w:r>
          </w:p>
        </w:tc>
        <w:tc>
          <w:tcPr>
            <w:tcW w:w="2160" w:type="dxa"/>
            <w:vMerge w:val="restart"/>
          </w:tcPr>
          <w:p w:rsidR="005749A8" w:rsidRDefault="00FC006C">
            <w:r>
              <w:t>Wartość   energetyczna:   1857.57   kcal;</w:t>
            </w:r>
            <w:r>
              <w:br/>
              <w:t xml:space="preserve">  Białko   ogółem: 87.57   g;</w:t>
            </w:r>
            <w:r>
              <w:br/>
              <w:t xml:space="preserve">  Tłuszcz:   46.68   g;</w:t>
            </w:r>
            <w:r>
              <w:br/>
              <w:t xml:space="preserve">  Kw. tł. nasy.: 12.92 g;</w:t>
            </w:r>
            <w:r>
              <w:br/>
              <w:t xml:space="preserve">  Węglowodany   ogół</w:t>
            </w:r>
            <w:r>
              <w:t>em: 285.72   g;</w:t>
            </w:r>
            <w:r>
              <w:br/>
              <w:t xml:space="preserve">  W   tym   cukry: 89.60   g;</w:t>
            </w:r>
            <w:r>
              <w:br/>
              <w:t xml:space="preserve">  Błonnik   pok.:   24.48   g;</w:t>
            </w:r>
            <w:r>
              <w:br/>
              <w:t>Sód: 2300.69 mg;</w:t>
            </w:r>
          </w:p>
        </w:tc>
      </w:tr>
      <w:tr w:rsidR="005749A8">
        <w:tc>
          <w:tcPr>
            <w:tcW w:w="2160" w:type="dxa"/>
            <w:vMerge/>
          </w:tcPr>
          <w:p w:rsidR="005749A8" w:rsidRDefault="005749A8"/>
        </w:tc>
        <w:tc>
          <w:tcPr>
            <w:tcW w:w="2160" w:type="dxa"/>
          </w:tcPr>
          <w:p w:rsidR="005749A8" w:rsidRDefault="00FC006C">
            <w:r>
              <w:t>OBIAD</w:t>
            </w:r>
          </w:p>
        </w:tc>
        <w:tc>
          <w:tcPr>
            <w:tcW w:w="2160" w:type="dxa"/>
          </w:tcPr>
          <w:p w:rsidR="005749A8" w:rsidRDefault="00FC006C">
            <w:r>
              <w:t xml:space="preserve">Brokułowa   z   ryżem   400   ml   ( MLE, SEL,   ) Ziemniaki   młode  z koperkiem gotowane   250 g   Sos   koperkowy   50   ml   (   GLU   PSZ, MLE, SEL, </w:t>
            </w:r>
            <w:r>
              <w:t xml:space="preserve">  ) Pulpet   drobiowy   100   g ( GLU   PSZ,   JAJ,   ) Marchew   gotowana   z   olejem   200   g Kompot owocowy z   jabłkami*   b/c   220   ml</w:t>
            </w:r>
          </w:p>
        </w:tc>
        <w:tc>
          <w:tcPr>
            <w:tcW w:w="2160" w:type="dxa"/>
            <w:vMerge/>
          </w:tcPr>
          <w:p w:rsidR="005749A8" w:rsidRDefault="005749A8"/>
        </w:tc>
      </w:tr>
      <w:tr w:rsidR="005749A8">
        <w:tc>
          <w:tcPr>
            <w:tcW w:w="2160" w:type="dxa"/>
            <w:vMerge/>
          </w:tcPr>
          <w:p w:rsidR="005749A8" w:rsidRDefault="005749A8"/>
        </w:tc>
        <w:tc>
          <w:tcPr>
            <w:tcW w:w="2160" w:type="dxa"/>
          </w:tcPr>
          <w:p w:rsidR="005749A8" w:rsidRDefault="00FC006C">
            <w:r>
              <w:t>KOLACJA</w:t>
            </w:r>
          </w:p>
        </w:tc>
        <w:tc>
          <w:tcPr>
            <w:tcW w:w="2160" w:type="dxa"/>
          </w:tcPr>
          <w:p w:rsidR="005749A8" w:rsidRDefault="00FC006C">
            <w:r>
              <w:t xml:space="preserve">Herbata czarna   ekspresowa   b/c   220   ml Bułka   pszenna   długa   krojona 100   g   ( </w:t>
            </w:r>
            <w:r>
              <w:lastRenderedPageBreak/>
              <w:t>GLU   PSZ,</w:t>
            </w:r>
            <w:r>
              <w:t xml:space="preserve">   ) Tłuszcz   do   smarowania   59%   tł. 10g   1 szt Pasta   z   twarogu   z   natką pietruszki   110 g (   MLE, )   Bukiet   warzyw   gotowanych   królewski*   65 g Sałata   zielona   5   g</w:t>
            </w:r>
          </w:p>
        </w:tc>
        <w:tc>
          <w:tcPr>
            <w:tcW w:w="2160" w:type="dxa"/>
            <w:vMerge/>
          </w:tcPr>
          <w:p w:rsidR="005749A8" w:rsidRDefault="005749A8"/>
        </w:tc>
      </w:tr>
      <w:tr w:rsidR="00583A60">
        <w:tc>
          <w:tcPr>
            <w:tcW w:w="2160" w:type="dxa"/>
            <w:vMerge/>
          </w:tcPr>
          <w:p w:rsidR="00583A60" w:rsidRDefault="00583A60"/>
        </w:tc>
        <w:tc>
          <w:tcPr>
            <w:tcW w:w="2160" w:type="dxa"/>
          </w:tcPr>
          <w:p w:rsidR="00583A60" w:rsidRDefault="00583A60">
            <w:r>
              <w:t>II KOLACJA</w:t>
            </w:r>
          </w:p>
        </w:tc>
        <w:tc>
          <w:tcPr>
            <w:tcW w:w="2160" w:type="dxa"/>
          </w:tcPr>
          <w:p w:rsidR="00583A60" w:rsidRDefault="00583A60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583A60" w:rsidRDefault="00583A6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583A60">
        <w:tc>
          <w:tcPr>
            <w:tcW w:w="2160" w:type="dxa"/>
            <w:vMerge w:val="restart"/>
          </w:tcPr>
          <w:p w:rsidR="00583A60" w:rsidRDefault="00583A60">
            <w:r>
              <w:t>18.08.2026</w:t>
            </w:r>
          </w:p>
        </w:tc>
        <w:tc>
          <w:tcPr>
            <w:tcW w:w="2160" w:type="dxa"/>
          </w:tcPr>
          <w:p w:rsidR="00583A60" w:rsidRDefault="00583A60">
            <w:r>
              <w:t>ŚNIADANIE</w:t>
            </w:r>
          </w:p>
        </w:tc>
        <w:tc>
          <w:tcPr>
            <w:tcW w:w="2160" w:type="dxa"/>
          </w:tcPr>
          <w:p w:rsidR="00583A60" w:rsidRDefault="00583A60">
            <w:r>
              <w:t>Jogurt   truskawkowy   100   g   1 szt   ( MLE,   ) Len mielony   5  g Bułka   pszenna   długa   krojona   60 g ( GLU   PSZ,   ) Tłuszcz   do   smarowania   59% tł.   10g   1   szt Szynkowa   dębowa   drobiowa   kiełbasa   grubo   rozdrobniona   55   g Sałata   zielona   5 g   Bukiet   jarzyn   gotowany   z   olejem   65 g (   SEL, )   Kawa   zbożowa   z   mlekiem   b/c   220 ml   (   MLE,   GLU   ŻYT, GLU JĘCZ,   )</w:t>
            </w:r>
          </w:p>
        </w:tc>
        <w:tc>
          <w:tcPr>
            <w:tcW w:w="2160" w:type="dxa"/>
            <w:vMerge w:val="restart"/>
          </w:tcPr>
          <w:p w:rsidR="00583A60" w:rsidRDefault="00583A60">
            <w:r>
              <w:t>Wartość   energetyczna:   1813.86   kcal;</w:t>
            </w:r>
            <w:r>
              <w:br/>
              <w:t xml:space="preserve">  Białko   ogółem: 85.78   g;</w:t>
            </w:r>
            <w:r>
              <w:br/>
              <w:t xml:space="preserve">  Tłuszcz:   58.62   g;</w:t>
            </w:r>
            <w:r>
              <w:br/>
              <w:t xml:space="preserve">  Kw. tł. nasy.: 11.76 g;</w:t>
            </w:r>
            <w:r>
              <w:br/>
              <w:t xml:space="preserve">  Węglowodany   ogółem: 246.82   g;</w:t>
            </w:r>
            <w:r>
              <w:br/>
              <w:t xml:space="preserve">  W   tym   cukry: 38.48   g;</w:t>
            </w:r>
            <w:r>
              <w:br/>
              <w:t xml:space="preserve">  Błonnik   pok.:   22.04   g;</w:t>
            </w:r>
            <w:r>
              <w:br/>
              <w:t>Sód: 2534.91 mg;</w:t>
            </w:r>
          </w:p>
        </w:tc>
      </w:tr>
      <w:tr w:rsidR="00583A60">
        <w:tc>
          <w:tcPr>
            <w:tcW w:w="2160" w:type="dxa"/>
            <w:vMerge/>
          </w:tcPr>
          <w:p w:rsidR="00583A60" w:rsidRDefault="00583A60"/>
        </w:tc>
        <w:tc>
          <w:tcPr>
            <w:tcW w:w="2160" w:type="dxa"/>
          </w:tcPr>
          <w:p w:rsidR="00583A60" w:rsidRDefault="00583A60">
            <w:r>
              <w:t>OBIAD</w:t>
            </w:r>
          </w:p>
        </w:tc>
        <w:tc>
          <w:tcPr>
            <w:tcW w:w="2160" w:type="dxa"/>
          </w:tcPr>
          <w:p w:rsidR="00583A60" w:rsidRDefault="00583A60">
            <w:r>
              <w:t xml:space="preserve">Solferino   400   ml   (   GLU   PSZ, MLE, SEL,   ) Makaron   200   g   (   GLU   PSZ,   </w:t>
            </w:r>
            <w:r>
              <w:lastRenderedPageBreak/>
              <w:t>) Klopsik   wieprzowy   100   g   ( GLU PSZ, JAJ,   ) Sos   pietruszkowy   50   ml   ( GLU   PSZ,   MLE,   SEL,   ) Dynia duszona* z   marchewką   200   g   (   GLU   PSZ, ) Kompot owocowy z   jabłkami*   b/c   220   ml</w:t>
            </w:r>
          </w:p>
        </w:tc>
        <w:tc>
          <w:tcPr>
            <w:tcW w:w="2160" w:type="dxa"/>
            <w:vMerge/>
          </w:tcPr>
          <w:p w:rsidR="00583A60" w:rsidRDefault="00583A60"/>
        </w:tc>
      </w:tr>
      <w:tr w:rsidR="00583A60">
        <w:tc>
          <w:tcPr>
            <w:tcW w:w="2160" w:type="dxa"/>
            <w:vMerge/>
          </w:tcPr>
          <w:p w:rsidR="00583A60" w:rsidRDefault="00583A60"/>
        </w:tc>
        <w:tc>
          <w:tcPr>
            <w:tcW w:w="2160" w:type="dxa"/>
          </w:tcPr>
          <w:p w:rsidR="00583A60" w:rsidRDefault="00583A60">
            <w:r>
              <w:t>KOLACJA</w:t>
            </w:r>
          </w:p>
        </w:tc>
        <w:tc>
          <w:tcPr>
            <w:tcW w:w="2160" w:type="dxa"/>
          </w:tcPr>
          <w:p w:rsidR="00583A60" w:rsidRDefault="00583A60">
            <w:r>
              <w:t>Herbata   czarna   ekspresowa   b/c   220   ml Bułka   pszenna   długa   krojona   60 g ( GLU   PSZ,   ) Tłuszcz   do   smarowania   59% tł.   10g   1   szt Szynka   Piastowska-   wp.,   wędzona,   parzona   z   dod.   b.sojowego   i   wody   55   g   ( SOJ, ) Pasta   warzywna   65   g ( SEL,   ) Sałata   zielona   5   g</w:t>
            </w:r>
          </w:p>
        </w:tc>
        <w:tc>
          <w:tcPr>
            <w:tcW w:w="2160" w:type="dxa"/>
            <w:vMerge/>
          </w:tcPr>
          <w:p w:rsidR="00583A60" w:rsidRDefault="00583A60"/>
        </w:tc>
      </w:tr>
      <w:tr w:rsidR="00583A60">
        <w:tc>
          <w:tcPr>
            <w:tcW w:w="2160" w:type="dxa"/>
            <w:vMerge/>
          </w:tcPr>
          <w:p w:rsidR="00583A60" w:rsidRDefault="00583A60"/>
        </w:tc>
        <w:tc>
          <w:tcPr>
            <w:tcW w:w="2160" w:type="dxa"/>
          </w:tcPr>
          <w:p w:rsidR="00583A60" w:rsidRDefault="00583A60">
            <w:r>
              <w:t>II KOLACJA</w:t>
            </w:r>
          </w:p>
        </w:tc>
        <w:tc>
          <w:tcPr>
            <w:tcW w:w="2160" w:type="dxa"/>
          </w:tcPr>
          <w:p w:rsidR="00583A60" w:rsidRDefault="00583A60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583A60" w:rsidRDefault="00583A6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583A60">
        <w:tc>
          <w:tcPr>
            <w:tcW w:w="2160" w:type="dxa"/>
            <w:vMerge w:val="restart"/>
          </w:tcPr>
          <w:p w:rsidR="00583A60" w:rsidRDefault="00583A60">
            <w:r>
              <w:t>19.08.2026</w:t>
            </w:r>
          </w:p>
        </w:tc>
        <w:tc>
          <w:tcPr>
            <w:tcW w:w="2160" w:type="dxa"/>
          </w:tcPr>
          <w:p w:rsidR="00583A60" w:rsidRDefault="00583A60">
            <w:r>
              <w:t>ŚNIADANIE</w:t>
            </w:r>
          </w:p>
        </w:tc>
        <w:tc>
          <w:tcPr>
            <w:tcW w:w="2160" w:type="dxa"/>
          </w:tcPr>
          <w:p w:rsidR="00583A60" w:rsidRDefault="00583A60">
            <w:r>
              <w:t xml:space="preserve">Jogurt   brzoskwiniowy   100g   1 szt   ( MLE,   ) Len mielony   5  g Bułka   pszenna   długa   krojona   60 g ( GLU   PSZ,   ) Tłuszcz   do   </w:t>
            </w:r>
            <w:r>
              <w:lastRenderedPageBreak/>
              <w:t>smarowania   59% tł.   10g   1   szt Serek wiejski ziarnisty   200g   1 szt   ( MLE,   ) Sałata   zielona   5 g   Marchew   gotowana   z   olejem 65   g Kawa   zbożowa   z   mlekiem   b/c   220 ml   (   MLE,   GLU   ŻYT, GLU JĘCZ,   )</w:t>
            </w:r>
          </w:p>
        </w:tc>
        <w:tc>
          <w:tcPr>
            <w:tcW w:w="2160" w:type="dxa"/>
            <w:vMerge w:val="restart"/>
          </w:tcPr>
          <w:p w:rsidR="00583A60" w:rsidRDefault="00583A60">
            <w:r>
              <w:lastRenderedPageBreak/>
              <w:t>Wartość   energetyczna:   1658.42   kcal;</w:t>
            </w:r>
            <w:r>
              <w:br/>
              <w:t xml:space="preserve">  Białko   ogółem: 89.60   g;</w:t>
            </w:r>
            <w:r>
              <w:br/>
              <w:t xml:space="preserve">  Tłuszcz:   48.98   g;</w:t>
            </w:r>
            <w:r>
              <w:br/>
              <w:t xml:space="preserve">  Kw. tł. nasy.: 15.22 g;</w:t>
            </w:r>
            <w:r>
              <w:br/>
            </w:r>
            <w:r>
              <w:lastRenderedPageBreak/>
              <w:t xml:space="preserve">  Węglowodany   ogółem: 231.05   g;</w:t>
            </w:r>
            <w:r>
              <w:br/>
              <w:t xml:space="preserve">  W   tym   cukry: 59.06   g;</w:t>
            </w:r>
            <w:r>
              <w:br/>
              <w:t xml:space="preserve">  Błonnik   pok.:   18.89   g;</w:t>
            </w:r>
            <w:r>
              <w:br/>
              <w:t>Sód: 2971.04 mg;</w:t>
            </w:r>
          </w:p>
        </w:tc>
      </w:tr>
      <w:tr w:rsidR="00583A60">
        <w:tc>
          <w:tcPr>
            <w:tcW w:w="2160" w:type="dxa"/>
            <w:vMerge/>
          </w:tcPr>
          <w:p w:rsidR="00583A60" w:rsidRDefault="00583A60"/>
        </w:tc>
        <w:tc>
          <w:tcPr>
            <w:tcW w:w="2160" w:type="dxa"/>
          </w:tcPr>
          <w:p w:rsidR="00583A60" w:rsidRDefault="00583A60">
            <w:r>
              <w:t>OBIAD</w:t>
            </w:r>
          </w:p>
        </w:tc>
        <w:tc>
          <w:tcPr>
            <w:tcW w:w="2160" w:type="dxa"/>
          </w:tcPr>
          <w:p w:rsidR="00583A60" w:rsidRDefault="00583A60">
            <w:r>
              <w:t>Grysikowa   400   ml   (   GLU   PSZ, SEL,   ) Ziemniaki   młode z   koperkiem   gotowane   250   g   Zrazik drobiowy z udźca   gotowany   mielony   100 g   ( GLU PSZ, JAJ,   ) Sos   jarzynowy   50   ml   (   GLU PSZ,   SEL,   ) Buraczki   podprawiane -drobno   tarte   200   g   (   GLU   PSZ, ) Kompot owocowy z   jabłkami*   b/c   220   ml</w:t>
            </w:r>
          </w:p>
        </w:tc>
        <w:tc>
          <w:tcPr>
            <w:tcW w:w="2160" w:type="dxa"/>
            <w:vMerge/>
          </w:tcPr>
          <w:p w:rsidR="00583A60" w:rsidRDefault="00583A60"/>
        </w:tc>
      </w:tr>
      <w:tr w:rsidR="00583A60">
        <w:tc>
          <w:tcPr>
            <w:tcW w:w="2160" w:type="dxa"/>
            <w:vMerge/>
          </w:tcPr>
          <w:p w:rsidR="00583A60" w:rsidRDefault="00583A60"/>
        </w:tc>
        <w:tc>
          <w:tcPr>
            <w:tcW w:w="2160" w:type="dxa"/>
          </w:tcPr>
          <w:p w:rsidR="00583A60" w:rsidRDefault="00583A60">
            <w:r>
              <w:t>KOLACJA</w:t>
            </w:r>
          </w:p>
        </w:tc>
        <w:tc>
          <w:tcPr>
            <w:tcW w:w="2160" w:type="dxa"/>
          </w:tcPr>
          <w:p w:rsidR="00583A60" w:rsidRDefault="00583A60">
            <w:r>
              <w:t>Herbata czarna   ekspresowa   b/c   220   ml Bułka   pszenna   długa   krojona   60 g ( GLU   PSZ,   ) Tłuszcz   do   smarowania   59% tł.   10g   1   szt Schab na maśle pieczony,   wieprzowy, z   dod.wodą,   parzony   55   g   (   MLE,   może   zawierać:   GLU   PSZ,   SOJ,   SEL, GOR, S02,   ) Mus   z   jabłek   ()   b/c   65   g   Sałata   zielona   5 g</w:t>
            </w:r>
          </w:p>
        </w:tc>
        <w:tc>
          <w:tcPr>
            <w:tcW w:w="2160" w:type="dxa"/>
            <w:vMerge/>
          </w:tcPr>
          <w:p w:rsidR="00583A60" w:rsidRDefault="00583A60"/>
        </w:tc>
      </w:tr>
      <w:tr w:rsidR="00583A60">
        <w:tc>
          <w:tcPr>
            <w:tcW w:w="2160" w:type="dxa"/>
            <w:vMerge/>
          </w:tcPr>
          <w:p w:rsidR="00583A60" w:rsidRDefault="00583A60"/>
        </w:tc>
        <w:tc>
          <w:tcPr>
            <w:tcW w:w="2160" w:type="dxa"/>
          </w:tcPr>
          <w:p w:rsidR="00583A60" w:rsidRDefault="00583A60">
            <w:r>
              <w:t>II KOLACJA</w:t>
            </w:r>
          </w:p>
        </w:tc>
        <w:tc>
          <w:tcPr>
            <w:tcW w:w="2160" w:type="dxa"/>
          </w:tcPr>
          <w:p w:rsidR="00583A60" w:rsidRDefault="00583A60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</w:t>
            </w:r>
            <w:r>
              <w:rPr>
                <w:rFonts w:eastAsia="MS Mincho"/>
              </w:rPr>
              <w:lastRenderedPageBreak/>
              <w:t>Drink  200 ml</w:t>
            </w:r>
          </w:p>
        </w:tc>
        <w:tc>
          <w:tcPr>
            <w:tcW w:w="2160" w:type="dxa"/>
          </w:tcPr>
          <w:p w:rsidR="00583A60" w:rsidRDefault="00583A6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lastRenderedPageBreak/>
              <w:t xml:space="preserve">Wartość   </w:t>
            </w:r>
            <w:r>
              <w:rPr>
                <w:rFonts w:eastAsia="MS Mincho"/>
                <w:lang w:val="pl-PL"/>
              </w:rPr>
              <w:lastRenderedPageBreak/>
              <w:t>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583A60">
        <w:tc>
          <w:tcPr>
            <w:tcW w:w="2160" w:type="dxa"/>
            <w:vMerge w:val="restart"/>
          </w:tcPr>
          <w:p w:rsidR="00583A60" w:rsidRDefault="00583A60">
            <w:r>
              <w:lastRenderedPageBreak/>
              <w:t>20.08.2026</w:t>
            </w:r>
          </w:p>
        </w:tc>
        <w:tc>
          <w:tcPr>
            <w:tcW w:w="2160" w:type="dxa"/>
          </w:tcPr>
          <w:p w:rsidR="00583A60" w:rsidRDefault="00583A60">
            <w:r>
              <w:t>ŚNIADANIE</w:t>
            </w:r>
          </w:p>
        </w:tc>
        <w:tc>
          <w:tcPr>
            <w:tcW w:w="2160" w:type="dxa"/>
          </w:tcPr>
          <w:p w:rsidR="00583A60" w:rsidRDefault="00583A60">
            <w:r>
              <w:t>Jogurt   truskawkowy   100   g   1 szt   ( MLE,   ) Len mielony   5  g Bułka   pszenna   długa   krojona   60 g ( GLU   PSZ,   ) Tłuszcz   do   smarowania   59%   tł. 10g   1 szt Pasta   z   twarogu   z   natką pietruszki   110 g (   MLE, )   Jabłko   pieczone   1szt.   1   szt   Sałata   zielona   5 g Kawa   zbożowa   z  mlekiem b/c   220 ml   (   MLE,   GLU   ŻYT, GLU JĘCZ,   )</w:t>
            </w:r>
          </w:p>
        </w:tc>
        <w:tc>
          <w:tcPr>
            <w:tcW w:w="2160" w:type="dxa"/>
            <w:vMerge w:val="restart"/>
          </w:tcPr>
          <w:p w:rsidR="00583A60" w:rsidRDefault="00583A60">
            <w:r>
              <w:t>Wartość   energetyczna:   1802.87   kcal;</w:t>
            </w:r>
            <w:r>
              <w:br/>
              <w:t xml:space="preserve">  Białko   ogółem: 89.78   g;</w:t>
            </w:r>
            <w:r>
              <w:br/>
              <w:t xml:space="preserve">  Tłuszcz:   52.23   g;</w:t>
            </w:r>
            <w:r>
              <w:br/>
              <w:t xml:space="preserve">  Kw. tł. nasy.: 13.97 g;</w:t>
            </w:r>
            <w:r>
              <w:br/>
              <w:t xml:space="preserve">  Węglowodany   ogółem: 254.85   g;</w:t>
            </w:r>
            <w:r>
              <w:br/>
              <w:t xml:space="preserve">  W   tym   cukry: 45.39   g;</w:t>
            </w:r>
            <w:r>
              <w:br/>
              <w:t xml:space="preserve">  Błonnik   pok.:   20.45   g;</w:t>
            </w:r>
            <w:r>
              <w:br/>
              <w:t>Sód: 1945.75 mg;</w:t>
            </w:r>
          </w:p>
        </w:tc>
      </w:tr>
      <w:tr w:rsidR="00583A60">
        <w:tc>
          <w:tcPr>
            <w:tcW w:w="2160" w:type="dxa"/>
            <w:vMerge/>
          </w:tcPr>
          <w:p w:rsidR="00583A60" w:rsidRDefault="00583A60"/>
        </w:tc>
        <w:tc>
          <w:tcPr>
            <w:tcW w:w="2160" w:type="dxa"/>
          </w:tcPr>
          <w:p w:rsidR="00583A60" w:rsidRDefault="00583A60">
            <w:r>
              <w:t>OBIAD</w:t>
            </w:r>
          </w:p>
        </w:tc>
        <w:tc>
          <w:tcPr>
            <w:tcW w:w="2160" w:type="dxa"/>
          </w:tcPr>
          <w:p w:rsidR="00583A60" w:rsidRDefault="00583A60">
            <w:r>
              <w:t>Ziemniaczana   400   ml   ( GLU   PSZ,   MLE,   SEL,   ) Klopsik   wieprzowy   100   g ( GLU   PSZ,   JAJ,   ) Sos   pomidorowy   50   ml   ( GLU PSZ,   ) Ryż na sypko   200 g   Brokuł   gotowany*   200   g   Kompot owocowy z   jabłkami* b/c   220   ml</w:t>
            </w:r>
          </w:p>
        </w:tc>
        <w:tc>
          <w:tcPr>
            <w:tcW w:w="2160" w:type="dxa"/>
            <w:vMerge/>
          </w:tcPr>
          <w:p w:rsidR="00583A60" w:rsidRDefault="00583A60"/>
        </w:tc>
      </w:tr>
      <w:tr w:rsidR="00583A60">
        <w:tc>
          <w:tcPr>
            <w:tcW w:w="2160" w:type="dxa"/>
            <w:vMerge/>
          </w:tcPr>
          <w:p w:rsidR="00583A60" w:rsidRDefault="00583A60"/>
        </w:tc>
        <w:tc>
          <w:tcPr>
            <w:tcW w:w="2160" w:type="dxa"/>
          </w:tcPr>
          <w:p w:rsidR="00583A60" w:rsidRDefault="00583A60">
            <w:r>
              <w:t>KOLACJA</w:t>
            </w:r>
          </w:p>
        </w:tc>
        <w:tc>
          <w:tcPr>
            <w:tcW w:w="2160" w:type="dxa"/>
          </w:tcPr>
          <w:p w:rsidR="00583A60" w:rsidRDefault="00583A60">
            <w:r>
              <w:t xml:space="preserve">Herbata czarna   ekspresowa   b/c   220   ml Bułka   pszenna   długa   </w:t>
            </w:r>
            <w:r>
              <w:lastRenderedPageBreak/>
              <w:t>krojona   60 g ( GLU   PSZ,   ) Tłuszcz   do   smarowania   59%   tł. 10g   1 szt Pierś   delikatna   drobiowa   z   połączonych kaw. fileta   drob.parzona.   w osłonce   niejadalnej   55   g   (     może   zawierać:   GLU   PSZ,   SOJ,   MLE,   SEL,   ) Sałatka   jarzynowa   z   olejem 60   g  ( SEL, ) Sałata   zielona   5   g</w:t>
            </w:r>
          </w:p>
        </w:tc>
        <w:tc>
          <w:tcPr>
            <w:tcW w:w="2160" w:type="dxa"/>
            <w:vMerge/>
          </w:tcPr>
          <w:p w:rsidR="00583A60" w:rsidRDefault="00583A60"/>
        </w:tc>
      </w:tr>
      <w:tr w:rsidR="00583A60">
        <w:tc>
          <w:tcPr>
            <w:tcW w:w="2160" w:type="dxa"/>
            <w:vMerge/>
          </w:tcPr>
          <w:p w:rsidR="00583A60" w:rsidRDefault="00583A60"/>
        </w:tc>
        <w:tc>
          <w:tcPr>
            <w:tcW w:w="2160" w:type="dxa"/>
          </w:tcPr>
          <w:p w:rsidR="00583A60" w:rsidRDefault="00583A60">
            <w:r>
              <w:t>II KOLACJA</w:t>
            </w:r>
          </w:p>
        </w:tc>
        <w:tc>
          <w:tcPr>
            <w:tcW w:w="2160" w:type="dxa"/>
          </w:tcPr>
          <w:p w:rsidR="00583A60" w:rsidRDefault="00583A60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583A60" w:rsidRDefault="00583A6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583A60">
        <w:tc>
          <w:tcPr>
            <w:tcW w:w="2160" w:type="dxa"/>
            <w:vMerge w:val="restart"/>
          </w:tcPr>
          <w:p w:rsidR="00583A60" w:rsidRDefault="00583A60">
            <w:r>
              <w:t>21.08.2026</w:t>
            </w:r>
          </w:p>
        </w:tc>
        <w:tc>
          <w:tcPr>
            <w:tcW w:w="2160" w:type="dxa"/>
          </w:tcPr>
          <w:p w:rsidR="00583A60" w:rsidRDefault="00583A60">
            <w:r>
              <w:t>ŚNIADANIE</w:t>
            </w:r>
          </w:p>
        </w:tc>
        <w:tc>
          <w:tcPr>
            <w:tcW w:w="2160" w:type="dxa"/>
          </w:tcPr>
          <w:p w:rsidR="00583A60" w:rsidRDefault="00583A60">
            <w:r>
              <w:t>Jogurt   truskawkowy   100   g   1 szt   ( MLE,   ) Len mielony   5  g Bułka   pszenna   długa   krojona   60 g ( GLU   PSZ,   ) Tłuszcz   do   smarowania   59%   tł. 10g   1 szt Dżem   80   g Warzywa   po   grecku   65   g   ( GLU PSZ, SEL,   ) Sałata   zielona   5   g Kawa   zbożowa   z   mlekiem   b/c   220 ml   (   MLE,   GLU   ŻYT, GLU JĘCZ,   )</w:t>
            </w:r>
          </w:p>
        </w:tc>
        <w:tc>
          <w:tcPr>
            <w:tcW w:w="2160" w:type="dxa"/>
            <w:vMerge w:val="restart"/>
          </w:tcPr>
          <w:p w:rsidR="00583A60" w:rsidRDefault="00583A60">
            <w:r>
              <w:t>Wartość   energetyczna:   1617.06   kcal;</w:t>
            </w:r>
            <w:r>
              <w:br/>
              <w:t xml:space="preserve">  Białko   ogółem: 79.43   g;</w:t>
            </w:r>
            <w:r>
              <w:br/>
              <w:t xml:space="preserve">  Tłuszcz:   43.19   g;</w:t>
            </w:r>
            <w:r>
              <w:br/>
              <w:t xml:space="preserve">  Kw. tł. nasy.: 10.27 g;</w:t>
            </w:r>
            <w:r>
              <w:br/>
              <w:t xml:space="preserve">  Węglowodany   ogółem: 238.85   g;</w:t>
            </w:r>
            <w:r>
              <w:br/>
              <w:t xml:space="preserve">  W   tym   cukry: 63.16   g;</w:t>
            </w:r>
            <w:r>
              <w:br/>
              <w:t xml:space="preserve">  Błonnik   pok.:   20.90   g;</w:t>
            </w:r>
            <w:r>
              <w:br/>
              <w:t>Sód: 1742.36 mg;</w:t>
            </w:r>
          </w:p>
        </w:tc>
      </w:tr>
      <w:tr w:rsidR="00583A60">
        <w:tc>
          <w:tcPr>
            <w:tcW w:w="2160" w:type="dxa"/>
            <w:vMerge/>
          </w:tcPr>
          <w:p w:rsidR="00583A60" w:rsidRDefault="00583A60"/>
        </w:tc>
        <w:tc>
          <w:tcPr>
            <w:tcW w:w="2160" w:type="dxa"/>
          </w:tcPr>
          <w:p w:rsidR="00583A60" w:rsidRDefault="00583A60">
            <w:r>
              <w:t>OBIAD</w:t>
            </w:r>
          </w:p>
        </w:tc>
        <w:tc>
          <w:tcPr>
            <w:tcW w:w="2160" w:type="dxa"/>
          </w:tcPr>
          <w:p w:rsidR="00583A60" w:rsidRDefault="00583A60">
            <w:r>
              <w:t xml:space="preserve">Zupa wiosenna z cukinią i   makaronem*   400   </w:t>
            </w:r>
            <w:r>
              <w:lastRenderedPageBreak/>
              <w:t>ml   (   GLU   PSZ, MLE, SEL,   ) Pieczeń   z ryby mielonej   (Miruna)   110   g   (   GLU   PSZ,   JAJ,   RYB,   ) Sos   pietruszkowy   50   ml   ( GLU   PSZ,   MLE,   SEL,   ) Ziemniaki   młode z   koperkiem   gotowane   250   g   Szpinak gotowany z   olejem*   200 g ( GLU   PSZ,   ) Kompot owocowy z   jabłkami*   b/c   220   ml</w:t>
            </w:r>
          </w:p>
        </w:tc>
        <w:tc>
          <w:tcPr>
            <w:tcW w:w="2160" w:type="dxa"/>
            <w:vMerge/>
          </w:tcPr>
          <w:p w:rsidR="00583A60" w:rsidRDefault="00583A60"/>
        </w:tc>
      </w:tr>
      <w:tr w:rsidR="00583A60">
        <w:tc>
          <w:tcPr>
            <w:tcW w:w="2160" w:type="dxa"/>
            <w:vMerge/>
          </w:tcPr>
          <w:p w:rsidR="00583A60" w:rsidRDefault="00583A60"/>
        </w:tc>
        <w:tc>
          <w:tcPr>
            <w:tcW w:w="2160" w:type="dxa"/>
          </w:tcPr>
          <w:p w:rsidR="00583A60" w:rsidRDefault="00583A60">
            <w:r>
              <w:t>KOLACJA</w:t>
            </w:r>
          </w:p>
        </w:tc>
        <w:tc>
          <w:tcPr>
            <w:tcW w:w="2160" w:type="dxa"/>
          </w:tcPr>
          <w:p w:rsidR="00583A60" w:rsidRDefault="00583A60">
            <w:r>
              <w:t>Herbata czarna   ekspresowa   b/c   220   ml Bułka   pszenna   długa   krojona 60   g   ( GLU   PSZ,   ) Tłuszcz   do   smarowania   59%   tł. 10g   1 szt Pasta   z   twarogu   z   koperkiem 120   g   (   MLE, ) Marchew   gotowana   z   olejem   65   g Sałata   zielona   5   g</w:t>
            </w:r>
          </w:p>
        </w:tc>
        <w:tc>
          <w:tcPr>
            <w:tcW w:w="2160" w:type="dxa"/>
            <w:vMerge/>
          </w:tcPr>
          <w:p w:rsidR="00583A60" w:rsidRDefault="00583A60"/>
        </w:tc>
      </w:tr>
      <w:tr w:rsidR="00583A60">
        <w:tc>
          <w:tcPr>
            <w:tcW w:w="2160" w:type="dxa"/>
            <w:vMerge/>
          </w:tcPr>
          <w:p w:rsidR="00583A60" w:rsidRDefault="00583A60"/>
        </w:tc>
        <w:tc>
          <w:tcPr>
            <w:tcW w:w="2160" w:type="dxa"/>
          </w:tcPr>
          <w:p w:rsidR="00583A60" w:rsidRDefault="00583A60">
            <w:r>
              <w:t>II KOLACJA</w:t>
            </w:r>
          </w:p>
        </w:tc>
        <w:tc>
          <w:tcPr>
            <w:tcW w:w="2160" w:type="dxa"/>
          </w:tcPr>
          <w:p w:rsidR="00583A60" w:rsidRDefault="00583A60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583A60" w:rsidRDefault="00583A6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583A60">
        <w:tc>
          <w:tcPr>
            <w:tcW w:w="2160" w:type="dxa"/>
            <w:vMerge w:val="restart"/>
          </w:tcPr>
          <w:p w:rsidR="00583A60" w:rsidRDefault="00583A60">
            <w:r>
              <w:t>22.08.2026</w:t>
            </w:r>
          </w:p>
        </w:tc>
        <w:tc>
          <w:tcPr>
            <w:tcW w:w="2160" w:type="dxa"/>
          </w:tcPr>
          <w:p w:rsidR="00583A60" w:rsidRDefault="00583A60">
            <w:r>
              <w:t>ŚNIADANIE</w:t>
            </w:r>
          </w:p>
        </w:tc>
        <w:tc>
          <w:tcPr>
            <w:tcW w:w="2160" w:type="dxa"/>
          </w:tcPr>
          <w:p w:rsidR="00583A60" w:rsidRDefault="00583A60">
            <w:r>
              <w:t xml:space="preserve">Jogurt   brzoskwiniowy   100g   1 szt   ( MLE,   ) Len mielony   5  g Bułka   pszenna   </w:t>
            </w:r>
            <w:r>
              <w:lastRenderedPageBreak/>
              <w:t>długa   krojona   60 g ( GLU   PSZ,   ) Tłuszcz   do   smarowania   59%   tł. 10g   1 szt Pierś delikatna   drobiowa z   połączonych kaw. fileta   drob.parzona.   w osłonce niejadalnej   55   g   (     może   zawierać:   GLU   PSZ,   SOJ,   MLE,   SEL,   ) Sałata   zielona   5 g   Pasta   warzywna   65   g   ( SEL,   ) Kawa   zbożowa   z  mlekiem b/c   220 ml   (   MLE,   GLU   ŻYT, GLU JĘCZ,   )</w:t>
            </w:r>
          </w:p>
        </w:tc>
        <w:tc>
          <w:tcPr>
            <w:tcW w:w="2160" w:type="dxa"/>
            <w:vMerge w:val="restart"/>
          </w:tcPr>
          <w:p w:rsidR="00583A60" w:rsidRDefault="00583A60">
            <w:r>
              <w:lastRenderedPageBreak/>
              <w:t>Wartość   energetyczna:   1524.53   kcal;</w:t>
            </w:r>
            <w:r>
              <w:br/>
              <w:t xml:space="preserve">  Białko   ogółem: 92.94   g;</w:t>
            </w:r>
            <w:r>
              <w:br/>
            </w:r>
            <w:r>
              <w:lastRenderedPageBreak/>
              <w:t xml:space="preserve">  Tłuszcz:   37.34   g;</w:t>
            </w:r>
            <w:r>
              <w:br/>
              <w:t xml:space="preserve">  Kw. tł. nasy.: 9.12 g;</w:t>
            </w:r>
            <w:r>
              <w:br/>
              <w:t xml:space="preserve">  Węglowodany   ogółem: 217.97   g;</w:t>
            </w:r>
            <w:r>
              <w:br/>
              <w:t xml:space="preserve">  W   tym   cukry: 40.23   g;</w:t>
            </w:r>
            <w:r>
              <w:br/>
              <w:t xml:space="preserve">  Błonnik   pok.:   24.05   g;</w:t>
            </w:r>
            <w:r>
              <w:br/>
              <w:t>Sód: 1789.88 mg;</w:t>
            </w:r>
          </w:p>
        </w:tc>
      </w:tr>
      <w:tr w:rsidR="00583A60">
        <w:tc>
          <w:tcPr>
            <w:tcW w:w="2160" w:type="dxa"/>
            <w:vMerge/>
          </w:tcPr>
          <w:p w:rsidR="00583A60" w:rsidRDefault="00583A60"/>
        </w:tc>
        <w:tc>
          <w:tcPr>
            <w:tcW w:w="2160" w:type="dxa"/>
          </w:tcPr>
          <w:p w:rsidR="00583A60" w:rsidRDefault="00583A60">
            <w:r>
              <w:t>OBIAD</w:t>
            </w:r>
          </w:p>
        </w:tc>
        <w:tc>
          <w:tcPr>
            <w:tcW w:w="2160" w:type="dxa"/>
          </w:tcPr>
          <w:p w:rsidR="00583A60" w:rsidRDefault="00583A60">
            <w:r>
              <w:t>Selerowa   z   ziemniakami   400 ml (   MLE, SEL,   ) Kasza   jęczmienna/sypko 220   g   (   GLU   JĘCZ,   ) Udziec   z   indyka   b/s   b/k   100   g Sos   pomidorowy   50   ml ( GLU PSZ,   ) Kalafior   gotowany*   200   g   Kompot owocowy z   jabłkami* b/c   220   ml</w:t>
            </w:r>
          </w:p>
        </w:tc>
        <w:tc>
          <w:tcPr>
            <w:tcW w:w="2160" w:type="dxa"/>
            <w:vMerge/>
          </w:tcPr>
          <w:p w:rsidR="00583A60" w:rsidRDefault="00583A60"/>
        </w:tc>
      </w:tr>
      <w:tr w:rsidR="00583A60">
        <w:tc>
          <w:tcPr>
            <w:tcW w:w="2160" w:type="dxa"/>
            <w:vMerge/>
          </w:tcPr>
          <w:p w:rsidR="00583A60" w:rsidRDefault="00583A60"/>
        </w:tc>
        <w:tc>
          <w:tcPr>
            <w:tcW w:w="2160" w:type="dxa"/>
          </w:tcPr>
          <w:p w:rsidR="00583A60" w:rsidRDefault="00583A60">
            <w:r>
              <w:t>KOLACJA</w:t>
            </w:r>
          </w:p>
        </w:tc>
        <w:tc>
          <w:tcPr>
            <w:tcW w:w="2160" w:type="dxa"/>
          </w:tcPr>
          <w:p w:rsidR="00583A60" w:rsidRDefault="00583A60">
            <w:r>
              <w:t>Herbata czarna   ekspresowa   b/c   220   ml Bułka   pszenna   długa   krojona 60   g   ( GLU   PSZ,   ) Tłuszcz   do   smarowania   59%   tł. 10g   1 szt Serek   homo.   naturalny   110 g   ( MLE, ) Buraczki   gotowane plastry   65   g Sałata   zielona   5   g</w:t>
            </w:r>
          </w:p>
        </w:tc>
        <w:tc>
          <w:tcPr>
            <w:tcW w:w="2160" w:type="dxa"/>
            <w:vMerge/>
          </w:tcPr>
          <w:p w:rsidR="00583A60" w:rsidRDefault="00583A60"/>
        </w:tc>
      </w:tr>
      <w:tr w:rsidR="00583A60">
        <w:tc>
          <w:tcPr>
            <w:tcW w:w="2160" w:type="dxa"/>
            <w:vMerge/>
          </w:tcPr>
          <w:p w:rsidR="00583A60" w:rsidRDefault="00583A60"/>
        </w:tc>
        <w:tc>
          <w:tcPr>
            <w:tcW w:w="2160" w:type="dxa"/>
          </w:tcPr>
          <w:p w:rsidR="00583A60" w:rsidRDefault="00583A60">
            <w:r>
              <w:t>II KOLACJA</w:t>
            </w:r>
          </w:p>
        </w:tc>
        <w:tc>
          <w:tcPr>
            <w:tcW w:w="2160" w:type="dxa"/>
          </w:tcPr>
          <w:p w:rsidR="00583A60" w:rsidRDefault="00583A60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583A60" w:rsidRDefault="00583A6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583A60">
        <w:tc>
          <w:tcPr>
            <w:tcW w:w="2160" w:type="dxa"/>
            <w:vMerge w:val="restart"/>
          </w:tcPr>
          <w:p w:rsidR="00583A60" w:rsidRDefault="00583A60">
            <w:r>
              <w:t>23.08.2026</w:t>
            </w:r>
          </w:p>
        </w:tc>
        <w:tc>
          <w:tcPr>
            <w:tcW w:w="2160" w:type="dxa"/>
          </w:tcPr>
          <w:p w:rsidR="00583A60" w:rsidRDefault="00583A60">
            <w:r>
              <w:t>ŚNIADANIE</w:t>
            </w:r>
          </w:p>
        </w:tc>
        <w:tc>
          <w:tcPr>
            <w:tcW w:w="2160" w:type="dxa"/>
          </w:tcPr>
          <w:p w:rsidR="00583A60" w:rsidRDefault="00583A60">
            <w:r>
              <w:t>Jogurt   truskawkowy   100   g   1 szt   ( MLE,   ) Len mielony   5  g Bułka   pszenna   długa   krojona   60 g ( GLU   PSZ,   ) Tłuszcz   do   smarowania   59%   tł. 10g   1 szt Pierś delikatna   drobiowa z   połączonych kaw. fileta   drob.parzona.   w osłonce   niejadalnej   55   g   (     może zawierać:   GLU   PSZ,   SOJ,   MLE,   SEL,   ) Jabłko   pieczone   1szt.   1   szt Sałata   zielona   5   g Kakao   z   mlekiem   b/c   220   ml   ( MLE,   )</w:t>
            </w:r>
          </w:p>
        </w:tc>
        <w:tc>
          <w:tcPr>
            <w:tcW w:w="2160" w:type="dxa"/>
            <w:vMerge w:val="restart"/>
          </w:tcPr>
          <w:p w:rsidR="00583A60" w:rsidRDefault="00583A60">
            <w:r>
              <w:t>Wartość   energetyczna:   1516.26   kcal;</w:t>
            </w:r>
            <w:r>
              <w:br/>
              <w:t xml:space="preserve">  Białko   ogółem: 83.33   g;</w:t>
            </w:r>
            <w:r>
              <w:br/>
              <w:t xml:space="preserve">  Tłuszcz:   40.78   g;</w:t>
            </w:r>
            <w:r>
              <w:br/>
              <w:t xml:space="preserve">  Kw. tł. nasy.: 11.88 g;</w:t>
            </w:r>
            <w:r>
              <w:br/>
              <w:t xml:space="preserve">  Węglowodany   ogółem: 218.19   g;</w:t>
            </w:r>
            <w:r>
              <w:br/>
              <w:t xml:space="preserve">  W   tym   cukry: 48.17   g;</w:t>
            </w:r>
            <w:r>
              <w:br/>
              <w:t xml:space="preserve">  Błonnik   pok.:   22.37   g;</w:t>
            </w:r>
            <w:r>
              <w:br/>
              <w:t>Sód: 2328.02 mg;</w:t>
            </w:r>
          </w:p>
        </w:tc>
      </w:tr>
      <w:tr w:rsidR="00583A60">
        <w:tc>
          <w:tcPr>
            <w:tcW w:w="2160" w:type="dxa"/>
            <w:vMerge/>
          </w:tcPr>
          <w:p w:rsidR="00583A60" w:rsidRDefault="00583A60"/>
        </w:tc>
        <w:tc>
          <w:tcPr>
            <w:tcW w:w="2160" w:type="dxa"/>
          </w:tcPr>
          <w:p w:rsidR="00583A60" w:rsidRDefault="00583A60">
            <w:r>
              <w:t>OBIAD</w:t>
            </w:r>
          </w:p>
        </w:tc>
        <w:tc>
          <w:tcPr>
            <w:tcW w:w="2160" w:type="dxa"/>
          </w:tcPr>
          <w:p w:rsidR="00583A60" w:rsidRDefault="00583A60">
            <w:r>
              <w:t>Ryżowa   400   ml   (   MLE,   SEL, ) Potrawka   drobiowa   z warzywami   *   150   g   (   GLU   PSZ, SEL,   ) Ziemniaki   młode  z koperkiem   gotowane   250   g   Brokuł gotowany*   200 g   Kompot owocowy z   jabłkami* b/c   220   ml</w:t>
            </w:r>
          </w:p>
        </w:tc>
        <w:tc>
          <w:tcPr>
            <w:tcW w:w="2160" w:type="dxa"/>
            <w:vMerge/>
          </w:tcPr>
          <w:p w:rsidR="00583A60" w:rsidRDefault="00583A60"/>
        </w:tc>
      </w:tr>
      <w:tr w:rsidR="00583A60">
        <w:tc>
          <w:tcPr>
            <w:tcW w:w="2160" w:type="dxa"/>
            <w:vMerge/>
          </w:tcPr>
          <w:p w:rsidR="00583A60" w:rsidRDefault="00583A60"/>
        </w:tc>
        <w:tc>
          <w:tcPr>
            <w:tcW w:w="2160" w:type="dxa"/>
          </w:tcPr>
          <w:p w:rsidR="00583A60" w:rsidRDefault="00583A60">
            <w:r>
              <w:t>KOLACJA</w:t>
            </w:r>
          </w:p>
        </w:tc>
        <w:tc>
          <w:tcPr>
            <w:tcW w:w="2160" w:type="dxa"/>
          </w:tcPr>
          <w:p w:rsidR="00583A60" w:rsidRDefault="00583A60">
            <w:r>
              <w:t>Herbata czarna   ekspresowa   b/c   220   ml Bułka   pszenna   długa   krojona 60   g   ( GLU   PSZ,   ) Tłuszcz   do   smarowania   59%   tł. 10g   1 szt Pasta   z   twarogu   i   (mielone) siemienia   z   natką   pietruszki   110 g ( MLE, ) Pasta   z   kalafiora   z   natką pietruszki   65 g   Sałata   zielona   5   g</w:t>
            </w:r>
          </w:p>
        </w:tc>
        <w:tc>
          <w:tcPr>
            <w:tcW w:w="2160" w:type="dxa"/>
            <w:vMerge/>
          </w:tcPr>
          <w:p w:rsidR="00583A60" w:rsidRDefault="00583A60"/>
        </w:tc>
      </w:tr>
      <w:tr w:rsidR="00583A60">
        <w:tc>
          <w:tcPr>
            <w:tcW w:w="2160" w:type="dxa"/>
            <w:vMerge/>
          </w:tcPr>
          <w:p w:rsidR="00583A60" w:rsidRDefault="00583A60"/>
        </w:tc>
        <w:tc>
          <w:tcPr>
            <w:tcW w:w="2160" w:type="dxa"/>
          </w:tcPr>
          <w:p w:rsidR="00583A60" w:rsidRDefault="00583A60">
            <w:r>
              <w:t>II KOLACJA</w:t>
            </w:r>
          </w:p>
        </w:tc>
        <w:tc>
          <w:tcPr>
            <w:tcW w:w="2160" w:type="dxa"/>
          </w:tcPr>
          <w:p w:rsidR="00583A60" w:rsidRDefault="00583A60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583A60" w:rsidRDefault="00583A6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583A60">
        <w:tc>
          <w:tcPr>
            <w:tcW w:w="2160" w:type="dxa"/>
            <w:vMerge w:val="restart"/>
          </w:tcPr>
          <w:p w:rsidR="00583A60" w:rsidRDefault="00583A60">
            <w:r>
              <w:t>24.08.2026</w:t>
            </w:r>
          </w:p>
        </w:tc>
        <w:tc>
          <w:tcPr>
            <w:tcW w:w="2160" w:type="dxa"/>
          </w:tcPr>
          <w:p w:rsidR="00583A60" w:rsidRDefault="00583A60">
            <w:r>
              <w:t>ŚNIADANIE</w:t>
            </w:r>
          </w:p>
        </w:tc>
        <w:tc>
          <w:tcPr>
            <w:tcW w:w="2160" w:type="dxa"/>
          </w:tcPr>
          <w:p w:rsidR="00583A60" w:rsidRDefault="00583A60">
            <w:r>
              <w:t xml:space="preserve">Jogurt   truskawkowy   100   g   1 szt   ( MLE,   ) Len mielony   5  g Bułka   pszenna   długa   krojona   60 g ( GLU   PSZ,   ) Tłuszcz   do   smarowania   59%   tł. 10g   1 szt Szynka   Piastowska-   wp.,   wędzona,   parzona   z   dod.   b.sojowego   i   wody   55   g   ( SOJ, ) Bukiet   jarzyn   gotowany   z   olejem   65 g (   SEL, )   Sałata   zielona   5 g Kawa   zbożowa   z   mlekiem   b/c   220 ml   (   MLE,   GLU   </w:t>
            </w:r>
            <w:r>
              <w:lastRenderedPageBreak/>
              <w:t>ŻYT, GLU JĘCZ,   )</w:t>
            </w:r>
          </w:p>
        </w:tc>
        <w:tc>
          <w:tcPr>
            <w:tcW w:w="2160" w:type="dxa"/>
            <w:vMerge w:val="restart"/>
          </w:tcPr>
          <w:p w:rsidR="00583A60" w:rsidRDefault="00583A60">
            <w:r>
              <w:lastRenderedPageBreak/>
              <w:t>Wartość   energetyczna:   1777.61   kcal;</w:t>
            </w:r>
            <w:r>
              <w:br/>
              <w:t xml:space="preserve">  Białko   ogółem: 68.17   g;</w:t>
            </w:r>
            <w:r>
              <w:br/>
              <w:t xml:space="preserve">  Tłuszcz:   43.40   g;</w:t>
            </w:r>
            <w:r>
              <w:br/>
              <w:t xml:space="preserve">  Kw. tł. nasy.: 10.95 g;</w:t>
            </w:r>
            <w:r>
              <w:br/>
              <w:t xml:space="preserve">  Węglowodany   ogółem: 292.04   g;</w:t>
            </w:r>
            <w:r>
              <w:br/>
              <w:t xml:space="preserve">  W   tym   cukry: 94.76   g;</w:t>
            </w:r>
            <w:r>
              <w:br/>
              <w:t xml:space="preserve">  Błonnik   pok.:   22.80   g;</w:t>
            </w:r>
            <w:r>
              <w:br/>
              <w:t>Sód: 1965.79 mg;</w:t>
            </w:r>
          </w:p>
        </w:tc>
      </w:tr>
      <w:tr w:rsidR="00583A60">
        <w:tc>
          <w:tcPr>
            <w:tcW w:w="2160" w:type="dxa"/>
            <w:vMerge/>
          </w:tcPr>
          <w:p w:rsidR="00583A60" w:rsidRDefault="00583A60"/>
        </w:tc>
        <w:tc>
          <w:tcPr>
            <w:tcW w:w="2160" w:type="dxa"/>
          </w:tcPr>
          <w:p w:rsidR="00583A60" w:rsidRDefault="00583A60">
            <w:r>
              <w:t>OBIAD</w:t>
            </w:r>
          </w:p>
        </w:tc>
        <w:tc>
          <w:tcPr>
            <w:tcW w:w="2160" w:type="dxa"/>
          </w:tcPr>
          <w:p w:rsidR="00583A60" w:rsidRDefault="00583A60">
            <w:r>
              <w:t>Barszcz czerwony z   ziemniakami   400   ml   (   GLU   PSZ, MLE, SEL,   ) Ryż na sypko   200 g   Mus   z   jabłek   ()   z/c   100   g   Jogurt   naturalny   100g   1   szt   ( MLE,   ) Banan   1szt.   1   szt Kompot owocowy z   jabłkami*   b/c   220   ml</w:t>
            </w:r>
          </w:p>
        </w:tc>
        <w:tc>
          <w:tcPr>
            <w:tcW w:w="2160" w:type="dxa"/>
            <w:vMerge/>
          </w:tcPr>
          <w:p w:rsidR="00583A60" w:rsidRDefault="00583A60"/>
        </w:tc>
      </w:tr>
      <w:tr w:rsidR="00583A60">
        <w:tc>
          <w:tcPr>
            <w:tcW w:w="2160" w:type="dxa"/>
            <w:vMerge/>
          </w:tcPr>
          <w:p w:rsidR="00583A60" w:rsidRDefault="00583A60"/>
        </w:tc>
        <w:tc>
          <w:tcPr>
            <w:tcW w:w="2160" w:type="dxa"/>
          </w:tcPr>
          <w:p w:rsidR="00583A60" w:rsidRDefault="00583A60">
            <w:r>
              <w:t>KOLACJA</w:t>
            </w:r>
          </w:p>
        </w:tc>
        <w:tc>
          <w:tcPr>
            <w:tcW w:w="2160" w:type="dxa"/>
          </w:tcPr>
          <w:p w:rsidR="00583A60" w:rsidRDefault="00583A60">
            <w:r>
              <w:t>Herbata czarna   ekspresowa   b/c   220   ml Bułka   pszenna   długa   krojona 60   g   ( GLU   PSZ,   ) Tłuszcz   do   smarowania   59%   tł. 10g   1 szt Pasta   z   twarogu   z   koperkiem 110   g   (   MLE, ) Pasta   warzywna   65   g   ( SEL,   ) Sałata   zielona   5   g</w:t>
            </w:r>
          </w:p>
        </w:tc>
        <w:tc>
          <w:tcPr>
            <w:tcW w:w="2160" w:type="dxa"/>
            <w:vMerge/>
          </w:tcPr>
          <w:p w:rsidR="00583A60" w:rsidRDefault="00583A60"/>
        </w:tc>
      </w:tr>
      <w:tr w:rsidR="00583A60">
        <w:tc>
          <w:tcPr>
            <w:tcW w:w="2160" w:type="dxa"/>
            <w:vMerge/>
          </w:tcPr>
          <w:p w:rsidR="00583A60" w:rsidRDefault="00583A60"/>
        </w:tc>
        <w:tc>
          <w:tcPr>
            <w:tcW w:w="2160" w:type="dxa"/>
          </w:tcPr>
          <w:p w:rsidR="00583A60" w:rsidRDefault="00583A60">
            <w:r>
              <w:t>II KOLACJA</w:t>
            </w:r>
          </w:p>
        </w:tc>
        <w:tc>
          <w:tcPr>
            <w:tcW w:w="2160" w:type="dxa"/>
          </w:tcPr>
          <w:p w:rsidR="00583A60" w:rsidRDefault="00583A60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583A60" w:rsidRDefault="00583A6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583A60">
        <w:tc>
          <w:tcPr>
            <w:tcW w:w="2160" w:type="dxa"/>
            <w:vMerge w:val="restart"/>
          </w:tcPr>
          <w:p w:rsidR="00583A60" w:rsidRDefault="00583A60">
            <w:r>
              <w:t>25.08.2026</w:t>
            </w:r>
          </w:p>
        </w:tc>
        <w:tc>
          <w:tcPr>
            <w:tcW w:w="2160" w:type="dxa"/>
          </w:tcPr>
          <w:p w:rsidR="00583A60" w:rsidRDefault="00583A60">
            <w:r>
              <w:t>ŚNIADANIE</w:t>
            </w:r>
          </w:p>
        </w:tc>
        <w:tc>
          <w:tcPr>
            <w:tcW w:w="2160" w:type="dxa"/>
          </w:tcPr>
          <w:p w:rsidR="00583A60" w:rsidRDefault="00583A60">
            <w:r>
              <w:t xml:space="preserve">Jogurt   truskawkowy   100   g   1 szt   ( MLE,   ) Len mielony   5  g Banan   1szt.   1   szt Bułka   pszenna   długa   krojona   60 g ( GLU   PSZ,   ) Tłuszcz   do   </w:t>
            </w:r>
            <w:r>
              <w:lastRenderedPageBreak/>
              <w:t>smarowania   59% tł.   10g   1   szt Szynkowa   dębowa   drobiowa   kiełbasa   grubo   rozdrobniona   55   g Sałata   zielona   5 g   Marchew   gotowana   z   olejem 65   g Kawa   zbożowa   z   mlekiem   b/c   220 ml   (   MLE,   GLU   ŻYT, GLU JĘCZ,   )</w:t>
            </w:r>
          </w:p>
        </w:tc>
        <w:tc>
          <w:tcPr>
            <w:tcW w:w="2160" w:type="dxa"/>
            <w:vMerge w:val="restart"/>
          </w:tcPr>
          <w:p w:rsidR="00583A60" w:rsidRDefault="00583A60">
            <w:r>
              <w:lastRenderedPageBreak/>
              <w:t>Wartość   energetyczna:   1807.23   kcal;</w:t>
            </w:r>
            <w:r>
              <w:br/>
              <w:t xml:space="preserve">  Białko   ogółem: 80.37   g;</w:t>
            </w:r>
            <w:r>
              <w:br/>
              <w:t xml:space="preserve">  Tłuszcz:   50.92   g;</w:t>
            </w:r>
            <w:r>
              <w:br/>
              <w:t xml:space="preserve">  Kw. tł. nasy.: 9.66 g;</w:t>
            </w:r>
            <w:r>
              <w:br/>
              <w:t xml:space="preserve">  Węglowodany   </w:t>
            </w:r>
            <w:r>
              <w:lastRenderedPageBreak/>
              <w:t>ogółem: 269.90   g;</w:t>
            </w:r>
            <w:r>
              <w:br/>
              <w:t xml:space="preserve">  W   tym   cukry: 76.00   g;</w:t>
            </w:r>
            <w:r>
              <w:br/>
              <w:t xml:space="preserve">  Błonnik   pok.:   25.65   g;</w:t>
            </w:r>
            <w:r>
              <w:br/>
              <w:t>Sód: 2954.85 mg;</w:t>
            </w:r>
          </w:p>
        </w:tc>
      </w:tr>
      <w:tr w:rsidR="00583A60">
        <w:tc>
          <w:tcPr>
            <w:tcW w:w="2160" w:type="dxa"/>
            <w:vMerge/>
          </w:tcPr>
          <w:p w:rsidR="00583A60" w:rsidRDefault="00583A60"/>
        </w:tc>
        <w:tc>
          <w:tcPr>
            <w:tcW w:w="2160" w:type="dxa"/>
          </w:tcPr>
          <w:p w:rsidR="00583A60" w:rsidRDefault="00583A60">
            <w:r>
              <w:t>OBIAD</w:t>
            </w:r>
          </w:p>
        </w:tc>
        <w:tc>
          <w:tcPr>
            <w:tcW w:w="2160" w:type="dxa"/>
          </w:tcPr>
          <w:p w:rsidR="00583A60" w:rsidRDefault="00583A60">
            <w:r>
              <w:t>Jarzynowa   z zacierką dieta   400 ml (   GLU   PSZ, MLE,   SEL, ) Klopsik   drobiowy   z   udźca   100 g ( GLU PSZ, JAJ,   ) Sos   bazyliowy   50   ml   (   GLU   PSZ, SEL,   ) Ziemniaki   młode  z koperkiem   gotowane   250   g   Dynia   duszona   z   marchewką *   200   g   (   GLU   PSZ,   ) Kompot owocowy z   jabłkami*   b/c   220   ml</w:t>
            </w:r>
          </w:p>
        </w:tc>
        <w:tc>
          <w:tcPr>
            <w:tcW w:w="2160" w:type="dxa"/>
            <w:vMerge/>
          </w:tcPr>
          <w:p w:rsidR="00583A60" w:rsidRDefault="00583A60"/>
        </w:tc>
      </w:tr>
      <w:tr w:rsidR="00583A60">
        <w:tc>
          <w:tcPr>
            <w:tcW w:w="2160" w:type="dxa"/>
            <w:vMerge/>
          </w:tcPr>
          <w:p w:rsidR="00583A60" w:rsidRDefault="00583A60"/>
        </w:tc>
        <w:tc>
          <w:tcPr>
            <w:tcW w:w="2160" w:type="dxa"/>
          </w:tcPr>
          <w:p w:rsidR="00583A60" w:rsidRDefault="00583A60">
            <w:r>
              <w:t>KOLACJA</w:t>
            </w:r>
          </w:p>
        </w:tc>
        <w:tc>
          <w:tcPr>
            <w:tcW w:w="2160" w:type="dxa"/>
          </w:tcPr>
          <w:p w:rsidR="00583A60" w:rsidRDefault="00583A60">
            <w:r>
              <w:t>Herbata   czarna   ekspresowa   b/c   220   ml Bułka   pszenna   długa   krojona 60   g   ( GLU   PSZ,   ) Tłuszcz   do   smarowania   59%   tł. 10g   1 szt Szynka   Piastowska-   wp., wędzona,   parzona   z   dod.   b.sojowego   i   wody   55   g   ( SOJ, ) Pasta   z   brokuła   *   65   g   Sałata   zielona   5 g</w:t>
            </w:r>
          </w:p>
        </w:tc>
        <w:tc>
          <w:tcPr>
            <w:tcW w:w="2160" w:type="dxa"/>
            <w:vMerge/>
          </w:tcPr>
          <w:p w:rsidR="00583A60" w:rsidRDefault="00583A60"/>
        </w:tc>
      </w:tr>
      <w:tr w:rsidR="00583A60">
        <w:tc>
          <w:tcPr>
            <w:tcW w:w="2160" w:type="dxa"/>
            <w:vMerge/>
          </w:tcPr>
          <w:p w:rsidR="00583A60" w:rsidRDefault="00583A60"/>
        </w:tc>
        <w:tc>
          <w:tcPr>
            <w:tcW w:w="2160" w:type="dxa"/>
          </w:tcPr>
          <w:p w:rsidR="00583A60" w:rsidRDefault="00583A60">
            <w:r>
              <w:t>II KOLACJA</w:t>
            </w:r>
          </w:p>
        </w:tc>
        <w:tc>
          <w:tcPr>
            <w:tcW w:w="2160" w:type="dxa"/>
          </w:tcPr>
          <w:p w:rsidR="00583A60" w:rsidRDefault="00583A60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583A60" w:rsidRDefault="00583A6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</w:r>
            <w:r>
              <w:rPr>
                <w:rFonts w:eastAsia="MS Mincho"/>
                <w:lang w:val="pl-PL"/>
              </w:rPr>
              <w:lastRenderedPageBreak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583A60">
        <w:tc>
          <w:tcPr>
            <w:tcW w:w="2160" w:type="dxa"/>
            <w:vMerge w:val="restart"/>
          </w:tcPr>
          <w:p w:rsidR="00583A60" w:rsidRDefault="00583A60">
            <w:r>
              <w:lastRenderedPageBreak/>
              <w:t>26.08.2026</w:t>
            </w:r>
          </w:p>
        </w:tc>
        <w:tc>
          <w:tcPr>
            <w:tcW w:w="2160" w:type="dxa"/>
          </w:tcPr>
          <w:p w:rsidR="00583A60" w:rsidRDefault="00583A60">
            <w:r>
              <w:t>ŚNIADANIE</w:t>
            </w:r>
          </w:p>
        </w:tc>
        <w:tc>
          <w:tcPr>
            <w:tcW w:w="2160" w:type="dxa"/>
          </w:tcPr>
          <w:p w:rsidR="00583A60" w:rsidRDefault="00583A60">
            <w:r>
              <w:t>Jogurt   truskawkowy   100   g   1 szt   ( MLE,   ) Len mielony   5  g Bułka   pszenna   długa   krojona   60 g ( GLU   PSZ,   ) Tłuszcz   do   smarowania   59% tł.   10g   1   szt Serek   homo.   naturalny   110   g   ( MLE, ) Marchew   gotowana   z   olejem   65   g Sałata   zielona   5   g Kawa   zbożowa   z   mlekiem   b/c   220 ml   (   MLE,   GLU   ŻYT, GLU JĘCZ,   )</w:t>
            </w:r>
          </w:p>
        </w:tc>
        <w:tc>
          <w:tcPr>
            <w:tcW w:w="2160" w:type="dxa"/>
            <w:vMerge w:val="restart"/>
          </w:tcPr>
          <w:p w:rsidR="00583A60" w:rsidRDefault="00583A60">
            <w:r>
              <w:t>Wartość   energetyczna:   1702.35   kcal;</w:t>
            </w:r>
            <w:r>
              <w:br/>
              <w:t xml:space="preserve">  Białko   ogółem: 84.62   g;</w:t>
            </w:r>
            <w:r>
              <w:br/>
              <w:t xml:space="preserve">  Tłuszcz:   44.33   g;</w:t>
            </w:r>
            <w:r>
              <w:br/>
              <w:t xml:space="preserve">  Kw. tł. nasy.: 10.80 g;</w:t>
            </w:r>
            <w:r>
              <w:br/>
              <w:t xml:space="preserve">  Węglowodany   ogółem: 254.87   g;</w:t>
            </w:r>
            <w:r>
              <w:br/>
              <w:t xml:space="preserve">  W   tym   cukry: 40.97   g;</w:t>
            </w:r>
            <w:r>
              <w:br/>
              <w:t xml:space="preserve">  Błonnik   pok.:   23.89   g;</w:t>
            </w:r>
            <w:r>
              <w:br/>
              <w:t>Sód: 1948.03 mg;</w:t>
            </w:r>
          </w:p>
        </w:tc>
      </w:tr>
      <w:tr w:rsidR="00583A60">
        <w:tc>
          <w:tcPr>
            <w:tcW w:w="2160" w:type="dxa"/>
            <w:vMerge/>
          </w:tcPr>
          <w:p w:rsidR="00583A60" w:rsidRDefault="00583A60"/>
        </w:tc>
        <w:tc>
          <w:tcPr>
            <w:tcW w:w="2160" w:type="dxa"/>
          </w:tcPr>
          <w:p w:rsidR="00583A60" w:rsidRDefault="00583A60">
            <w:r>
              <w:t>OBIAD</w:t>
            </w:r>
          </w:p>
        </w:tc>
        <w:tc>
          <w:tcPr>
            <w:tcW w:w="2160" w:type="dxa"/>
          </w:tcPr>
          <w:p w:rsidR="00583A60" w:rsidRDefault="00583A60">
            <w:r>
              <w:t>Ziemniaczana   400   ml   ( GLU   PSZ,   MLE,   SEL,   ) Pieczeń   rzymska   wieprzowa 100   g   (   GLU   PSZ,   JAJ,   ) Sos   ziołowy   50   ml   (   GLU   PSZ, SEL,   ) Kasza   jęczmienna/sypko 220   g   (   GLU   JĘCZ,   ) Buraczki   gotowane   200   g   Kompot owocowy z   jabłkami* b/c   220   ml</w:t>
            </w:r>
          </w:p>
        </w:tc>
        <w:tc>
          <w:tcPr>
            <w:tcW w:w="2160" w:type="dxa"/>
            <w:vMerge/>
          </w:tcPr>
          <w:p w:rsidR="00583A60" w:rsidRDefault="00583A60"/>
        </w:tc>
      </w:tr>
      <w:tr w:rsidR="00583A60">
        <w:tc>
          <w:tcPr>
            <w:tcW w:w="2160" w:type="dxa"/>
            <w:vMerge/>
          </w:tcPr>
          <w:p w:rsidR="00583A60" w:rsidRDefault="00583A60"/>
        </w:tc>
        <w:tc>
          <w:tcPr>
            <w:tcW w:w="2160" w:type="dxa"/>
          </w:tcPr>
          <w:p w:rsidR="00583A60" w:rsidRDefault="00583A60">
            <w:r>
              <w:t>KOLACJA</w:t>
            </w:r>
          </w:p>
        </w:tc>
        <w:tc>
          <w:tcPr>
            <w:tcW w:w="2160" w:type="dxa"/>
          </w:tcPr>
          <w:p w:rsidR="00583A60" w:rsidRDefault="00583A60">
            <w:r>
              <w:t xml:space="preserve">Herbata czarna   ekspresowa   b/c   220   ml Bułka   pszenna   długa   </w:t>
            </w:r>
            <w:r>
              <w:lastRenderedPageBreak/>
              <w:t>krojona   60 g ( GLU   PSZ,   ) Tłuszcz   do   smarowania   59%   tł. 10g   1 szt Pierś   delikatna   drobiowa   z   połączonych kaw. fileta   drob.parzona.   w osłonce   niejadalnej   40   g   (     może   zawierać:   GLU   PSZ,   SOJ,   MLE,   SEL,   ) Bukiet   jarzyn   gotowany   z olejem   65   g   (   SEL, )   Sałata   zielona   5 g</w:t>
            </w:r>
          </w:p>
        </w:tc>
        <w:tc>
          <w:tcPr>
            <w:tcW w:w="2160" w:type="dxa"/>
            <w:vMerge/>
          </w:tcPr>
          <w:p w:rsidR="00583A60" w:rsidRDefault="00583A60"/>
        </w:tc>
      </w:tr>
      <w:tr w:rsidR="00583A60">
        <w:tc>
          <w:tcPr>
            <w:tcW w:w="2160" w:type="dxa"/>
            <w:vMerge/>
          </w:tcPr>
          <w:p w:rsidR="00583A60" w:rsidRDefault="00583A60"/>
        </w:tc>
        <w:tc>
          <w:tcPr>
            <w:tcW w:w="2160" w:type="dxa"/>
          </w:tcPr>
          <w:p w:rsidR="00583A60" w:rsidRDefault="00583A60">
            <w:r>
              <w:t>II KOLACJA</w:t>
            </w:r>
          </w:p>
        </w:tc>
        <w:tc>
          <w:tcPr>
            <w:tcW w:w="2160" w:type="dxa"/>
          </w:tcPr>
          <w:p w:rsidR="00583A60" w:rsidRDefault="00583A60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583A60" w:rsidRDefault="00583A6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583A60">
        <w:tc>
          <w:tcPr>
            <w:tcW w:w="2160" w:type="dxa"/>
            <w:vMerge w:val="restart"/>
          </w:tcPr>
          <w:p w:rsidR="00583A60" w:rsidRDefault="00583A60">
            <w:r>
              <w:t>27.08.2026</w:t>
            </w:r>
          </w:p>
        </w:tc>
        <w:tc>
          <w:tcPr>
            <w:tcW w:w="2160" w:type="dxa"/>
          </w:tcPr>
          <w:p w:rsidR="00583A60" w:rsidRDefault="00583A60">
            <w:r>
              <w:t>ŚNIADANIE</w:t>
            </w:r>
          </w:p>
        </w:tc>
        <w:tc>
          <w:tcPr>
            <w:tcW w:w="2160" w:type="dxa"/>
          </w:tcPr>
          <w:p w:rsidR="00583A60" w:rsidRDefault="00583A60">
            <w:r>
              <w:t xml:space="preserve">Jogurt   truskawkowy   100   g   1 szt   ( MLE,   ) Len mielony   5  g Bułka   pszenna   długa   krojona   60 g ( GLU   PSZ,   ) Tłuszcz   do   smarowania   59%   tł. 10g   1 szt Schab Kruchy   z Liszek-wieprzowy,   parzony,   wędzony   55   g   (   SOJ,   może   zawierać: GLU   PSZ, MLE, SEL,   GOR,   S02,   ) Pasta   warzywna   65   g   ( SEL,   ) Sałata   zielona   5   g Kawa   zbożowa   z   </w:t>
            </w:r>
            <w:r>
              <w:lastRenderedPageBreak/>
              <w:t>mlekiem   b/c   220 ml   (   MLE,   GLU   ŻYT, GLU JĘCZ,   )</w:t>
            </w:r>
          </w:p>
        </w:tc>
        <w:tc>
          <w:tcPr>
            <w:tcW w:w="2160" w:type="dxa"/>
            <w:vMerge w:val="restart"/>
          </w:tcPr>
          <w:p w:rsidR="00583A60" w:rsidRDefault="00583A60">
            <w:r>
              <w:lastRenderedPageBreak/>
              <w:t>Wartość   energetyczna:   1714.63   kcal;</w:t>
            </w:r>
            <w:r>
              <w:br/>
              <w:t xml:space="preserve">  Białko   ogółem: 86.38   g;</w:t>
            </w:r>
            <w:r>
              <w:br/>
              <w:t xml:space="preserve">  Tłuszcz:   56.90   g;</w:t>
            </w:r>
            <w:r>
              <w:br/>
              <w:t xml:space="preserve">  Kw. tł. nasy.: 13.89 g;</w:t>
            </w:r>
            <w:r>
              <w:br/>
              <w:t xml:space="preserve">  Węglowodany   ogółem: 227.25   g;</w:t>
            </w:r>
            <w:r>
              <w:br/>
              <w:t xml:space="preserve">  W   tym   cukry: 37.76   g;</w:t>
            </w:r>
            <w:r>
              <w:br/>
              <w:t xml:space="preserve">  Błonnik   pok.:   23.30   g;</w:t>
            </w:r>
            <w:r>
              <w:br/>
              <w:t>Sód: 2012.65 mg;</w:t>
            </w:r>
          </w:p>
        </w:tc>
      </w:tr>
      <w:tr w:rsidR="00583A60">
        <w:tc>
          <w:tcPr>
            <w:tcW w:w="2160" w:type="dxa"/>
            <w:vMerge/>
          </w:tcPr>
          <w:p w:rsidR="00583A60" w:rsidRDefault="00583A60"/>
        </w:tc>
        <w:tc>
          <w:tcPr>
            <w:tcW w:w="2160" w:type="dxa"/>
          </w:tcPr>
          <w:p w:rsidR="00583A60" w:rsidRDefault="00583A60">
            <w:r>
              <w:t>OBIAD</w:t>
            </w:r>
          </w:p>
        </w:tc>
        <w:tc>
          <w:tcPr>
            <w:tcW w:w="2160" w:type="dxa"/>
          </w:tcPr>
          <w:p w:rsidR="00583A60" w:rsidRDefault="00583A60">
            <w:r>
              <w:t>Szpinakowa z ziemniakami   400 ml (   GLU   PSZ, MLE,   SEL, ) Sos mięsno warzywny (z   mięsa   wieprzowego)   150   g   ( GLU PSZ, SEL,   ) Makaron   200   g   (   GLU   PSZ,   )   Brokuł gotowany*   200 g   Kompot owocowy z jabłkami*   b/c   220   ml</w:t>
            </w:r>
          </w:p>
        </w:tc>
        <w:tc>
          <w:tcPr>
            <w:tcW w:w="2160" w:type="dxa"/>
            <w:vMerge/>
          </w:tcPr>
          <w:p w:rsidR="00583A60" w:rsidRDefault="00583A60"/>
        </w:tc>
      </w:tr>
      <w:tr w:rsidR="00583A60">
        <w:tc>
          <w:tcPr>
            <w:tcW w:w="2160" w:type="dxa"/>
            <w:vMerge/>
          </w:tcPr>
          <w:p w:rsidR="00583A60" w:rsidRDefault="00583A60"/>
        </w:tc>
        <w:tc>
          <w:tcPr>
            <w:tcW w:w="2160" w:type="dxa"/>
          </w:tcPr>
          <w:p w:rsidR="00583A60" w:rsidRDefault="00583A60">
            <w:r>
              <w:t>KOLACJA</w:t>
            </w:r>
          </w:p>
        </w:tc>
        <w:tc>
          <w:tcPr>
            <w:tcW w:w="2160" w:type="dxa"/>
          </w:tcPr>
          <w:p w:rsidR="00583A60" w:rsidRDefault="00583A60">
            <w:r>
              <w:t>Herbata czarna   ekspresowa   b/c   220   ml Bułka   pszenna   długa   krojona 60   g   ( GLU   PSZ,   ) Tłuszcz   do   smarowania   59%   tł. 10g   1 szt Twarożek   z   natką   pietruszki 110   g   ( MLE, ) Marchew   gotowana   plastry   65   g Sałata   zielona   5   g</w:t>
            </w:r>
          </w:p>
        </w:tc>
        <w:tc>
          <w:tcPr>
            <w:tcW w:w="2160" w:type="dxa"/>
            <w:vMerge/>
          </w:tcPr>
          <w:p w:rsidR="00583A60" w:rsidRDefault="00583A60"/>
        </w:tc>
      </w:tr>
      <w:tr w:rsidR="00583A60">
        <w:tc>
          <w:tcPr>
            <w:tcW w:w="2160" w:type="dxa"/>
            <w:vMerge/>
          </w:tcPr>
          <w:p w:rsidR="00583A60" w:rsidRDefault="00583A60"/>
        </w:tc>
        <w:tc>
          <w:tcPr>
            <w:tcW w:w="2160" w:type="dxa"/>
          </w:tcPr>
          <w:p w:rsidR="00583A60" w:rsidRDefault="00583A60">
            <w:r>
              <w:t>II KOLACJA</w:t>
            </w:r>
          </w:p>
        </w:tc>
        <w:tc>
          <w:tcPr>
            <w:tcW w:w="2160" w:type="dxa"/>
          </w:tcPr>
          <w:p w:rsidR="00583A60" w:rsidRDefault="00583A60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583A60" w:rsidRDefault="00583A6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583A60">
        <w:tc>
          <w:tcPr>
            <w:tcW w:w="2160" w:type="dxa"/>
            <w:vMerge w:val="restart"/>
          </w:tcPr>
          <w:p w:rsidR="00583A60" w:rsidRDefault="00583A60">
            <w:r>
              <w:t>28.08.2026</w:t>
            </w:r>
          </w:p>
        </w:tc>
        <w:tc>
          <w:tcPr>
            <w:tcW w:w="2160" w:type="dxa"/>
          </w:tcPr>
          <w:p w:rsidR="00583A60" w:rsidRDefault="00583A60">
            <w:r>
              <w:t>ŚNIADANIE</w:t>
            </w:r>
          </w:p>
        </w:tc>
        <w:tc>
          <w:tcPr>
            <w:tcW w:w="2160" w:type="dxa"/>
          </w:tcPr>
          <w:p w:rsidR="00583A60" w:rsidRDefault="00583A60">
            <w:r>
              <w:t xml:space="preserve">Jogurt   brzoskwiniowy   100g   1 szt   ( MLE,   ) Len mielony   5  g Bułka   pszenna   </w:t>
            </w:r>
            <w:r>
              <w:lastRenderedPageBreak/>
              <w:t>długa   krojona   60 g ( GLU   PSZ,   ) Tłuszcz   do   smarowania   59% tł.   10g   1   szt Twaróg   półtłusty   50   g   ( MLE,   ) Miód (25g)   2   szt Jabłko   pieczone   1szt.   1   szt   Sałata   zielona   5 g Kawa   zbożowa   z  mlekiem b/c   220 ml   (   MLE,   GLU   ŻYT, GLU JĘCZ,   )</w:t>
            </w:r>
          </w:p>
        </w:tc>
        <w:tc>
          <w:tcPr>
            <w:tcW w:w="2160" w:type="dxa"/>
            <w:vMerge w:val="restart"/>
          </w:tcPr>
          <w:p w:rsidR="00583A60" w:rsidRDefault="00583A60">
            <w:r>
              <w:lastRenderedPageBreak/>
              <w:t>Wartość   energetyczna:   1735.32   kcal;</w:t>
            </w:r>
            <w:r>
              <w:br/>
              <w:t xml:space="preserve">  Białko   ogółem: 84.36   g;</w:t>
            </w:r>
            <w:r>
              <w:br/>
            </w:r>
            <w:r>
              <w:lastRenderedPageBreak/>
              <w:t xml:space="preserve">  Tłuszcz:   43.54   g;</w:t>
            </w:r>
            <w:r>
              <w:br/>
              <w:t xml:space="preserve">  Kw. tł. nasy.: 11.69 g;</w:t>
            </w:r>
            <w:r>
              <w:br/>
              <w:t xml:space="preserve">  Węglowodany   ogółem: 262.82   g;</w:t>
            </w:r>
            <w:r>
              <w:br/>
              <w:t xml:space="preserve">  W   tym   cukry: 97.85   g;</w:t>
            </w:r>
            <w:r>
              <w:br/>
              <w:t xml:space="preserve">  Błonnik   pok.:   21.26   g;</w:t>
            </w:r>
            <w:r>
              <w:br/>
              <w:t>Sód: 1688.31 mg;</w:t>
            </w:r>
          </w:p>
        </w:tc>
      </w:tr>
      <w:tr w:rsidR="00583A60">
        <w:tc>
          <w:tcPr>
            <w:tcW w:w="2160" w:type="dxa"/>
            <w:vMerge/>
          </w:tcPr>
          <w:p w:rsidR="00583A60" w:rsidRDefault="00583A60"/>
        </w:tc>
        <w:tc>
          <w:tcPr>
            <w:tcW w:w="2160" w:type="dxa"/>
          </w:tcPr>
          <w:p w:rsidR="00583A60" w:rsidRDefault="00583A60">
            <w:r>
              <w:t>OBIAD</w:t>
            </w:r>
          </w:p>
        </w:tc>
        <w:tc>
          <w:tcPr>
            <w:tcW w:w="2160" w:type="dxa"/>
          </w:tcPr>
          <w:p w:rsidR="00583A60" w:rsidRDefault="00583A60">
            <w:r>
              <w:t>Krupnik jęczmienny   400   ml   ( MLE,   SEL,   GLU   JĘCZ,   ) Ziemniaki   młode  z koperkiem   gotowane   250   g   Ryba pieczona (Miruna) 100   g   ( RYB, ) Sos   koperkowy   *   50   ml   ( GLU PSZ, MLE,   ) Warzywa   po   grecku   200   g   ( GLU PSZ, SEL,   ) Kompot owocowy z   jabłkami*   b/c   220   ml</w:t>
            </w:r>
          </w:p>
        </w:tc>
        <w:tc>
          <w:tcPr>
            <w:tcW w:w="2160" w:type="dxa"/>
            <w:vMerge/>
          </w:tcPr>
          <w:p w:rsidR="00583A60" w:rsidRDefault="00583A60"/>
        </w:tc>
      </w:tr>
      <w:tr w:rsidR="00583A60">
        <w:tc>
          <w:tcPr>
            <w:tcW w:w="2160" w:type="dxa"/>
            <w:vMerge/>
          </w:tcPr>
          <w:p w:rsidR="00583A60" w:rsidRDefault="00583A60"/>
        </w:tc>
        <w:tc>
          <w:tcPr>
            <w:tcW w:w="2160" w:type="dxa"/>
          </w:tcPr>
          <w:p w:rsidR="00583A60" w:rsidRDefault="00583A60">
            <w:r>
              <w:t>KOLACJA</w:t>
            </w:r>
          </w:p>
        </w:tc>
        <w:tc>
          <w:tcPr>
            <w:tcW w:w="2160" w:type="dxa"/>
          </w:tcPr>
          <w:p w:rsidR="00583A60" w:rsidRDefault="00583A60">
            <w:r>
              <w:t>Herbata czarna   ekspresowa   b/c   220   ml Bułka   pszenna   długa   krojona 60   g   ( GLU   PSZ,   ) Tłuszcz   do   smarowania   59%   tł. 10g   1 szt Pasta   z   twarogu   z   natką pietruszki   110 g (   MLE, )   Cukinia   pieczona   z   olejem   *   65   g Sałata   zielona   5   g</w:t>
            </w:r>
          </w:p>
        </w:tc>
        <w:tc>
          <w:tcPr>
            <w:tcW w:w="2160" w:type="dxa"/>
            <w:vMerge/>
          </w:tcPr>
          <w:p w:rsidR="00583A60" w:rsidRDefault="00583A60"/>
        </w:tc>
      </w:tr>
      <w:tr w:rsidR="00583A60">
        <w:tc>
          <w:tcPr>
            <w:tcW w:w="2160" w:type="dxa"/>
            <w:vMerge/>
          </w:tcPr>
          <w:p w:rsidR="00583A60" w:rsidRDefault="00583A60"/>
        </w:tc>
        <w:tc>
          <w:tcPr>
            <w:tcW w:w="2160" w:type="dxa"/>
          </w:tcPr>
          <w:p w:rsidR="00583A60" w:rsidRDefault="00583A60">
            <w:r>
              <w:t>II KOLACJA</w:t>
            </w:r>
          </w:p>
        </w:tc>
        <w:tc>
          <w:tcPr>
            <w:tcW w:w="2160" w:type="dxa"/>
          </w:tcPr>
          <w:p w:rsidR="00583A60" w:rsidRDefault="00583A60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583A60" w:rsidRDefault="00583A6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 xml:space="preserve">Białko   ogółem:   </w:t>
            </w:r>
            <w:r>
              <w:rPr>
                <w:rFonts w:eastAsia="MS Mincho"/>
                <w:lang w:val="pl-PL"/>
              </w:rPr>
              <w:lastRenderedPageBreak/>
              <w:t>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583A60">
        <w:tc>
          <w:tcPr>
            <w:tcW w:w="2160" w:type="dxa"/>
            <w:vMerge w:val="restart"/>
          </w:tcPr>
          <w:p w:rsidR="00583A60" w:rsidRDefault="00583A60">
            <w:r>
              <w:lastRenderedPageBreak/>
              <w:t>29.08.2026</w:t>
            </w:r>
          </w:p>
        </w:tc>
        <w:tc>
          <w:tcPr>
            <w:tcW w:w="2160" w:type="dxa"/>
          </w:tcPr>
          <w:p w:rsidR="00583A60" w:rsidRDefault="00583A60">
            <w:r>
              <w:t>ŚNIADANIE</w:t>
            </w:r>
          </w:p>
        </w:tc>
        <w:tc>
          <w:tcPr>
            <w:tcW w:w="2160" w:type="dxa"/>
          </w:tcPr>
          <w:p w:rsidR="00583A60" w:rsidRDefault="00583A60">
            <w:r>
              <w:t>Jogurt   brzoskwiniowy   100g   1 szt   ( MLE,   ) Len mielony   5  g Bułka   pszenna   długa   krojona   60 g ( GLU   PSZ,   ) Tłuszcz   do   smarowania   59% tł.   10g   1   szt Szynkowa   dębowa   drobiowa   kiełbasa   grubo   rozdrobniona   55   g Bukiet   jarzyn   gotowany   z   olejem   65 g (   SEL, )   Sałata   zielona   5 g Kawa   zbożowa   z  mlekiem b/c   220 ml   (   MLE,   GLU   ŻYT, GLU JĘCZ,   )</w:t>
            </w:r>
          </w:p>
        </w:tc>
        <w:tc>
          <w:tcPr>
            <w:tcW w:w="2160" w:type="dxa"/>
            <w:vMerge w:val="restart"/>
          </w:tcPr>
          <w:p w:rsidR="00583A60" w:rsidRDefault="00583A60">
            <w:r>
              <w:t>Wartość   energetyczna:   1579.35   kcal;</w:t>
            </w:r>
            <w:r>
              <w:br/>
              <w:t xml:space="preserve">  Białko   ogółem: 90.16   g;</w:t>
            </w:r>
            <w:r>
              <w:br/>
              <w:t xml:space="preserve">  Tłuszcz:   40.06   g;</w:t>
            </w:r>
            <w:r>
              <w:br/>
              <w:t xml:space="preserve">  Kw. tł. nasy.: 10.78 g;</w:t>
            </w:r>
            <w:r>
              <w:br/>
              <w:t xml:space="preserve">  Węglowodany   ogółem: 227.74   g;</w:t>
            </w:r>
            <w:r>
              <w:br/>
              <w:t xml:space="preserve">  W   tym   cukry: 54.03   g;</w:t>
            </w:r>
            <w:r>
              <w:br/>
              <w:t xml:space="preserve">  Błonnik   pok.:   23.65   g;</w:t>
            </w:r>
            <w:r>
              <w:br/>
              <w:t>Sód: 2192.14 mg;</w:t>
            </w:r>
          </w:p>
        </w:tc>
      </w:tr>
      <w:tr w:rsidR="00583A60">
        <w:tc>
          <w:tcPr>
            <w:tcW w:w="2160" w:type="dxa"/>
            <w:vMerge/>
          </w:tcPr>
          <w:p w:rsidR="00583A60" w:rsidRDefault="00583A60"/>
        </w:tc>
        <w:tc>
          <w:tcPr>
            <w:tcW w:w="2160" w:type="dxa"/>
          </w:tcPr>
          <w:p w:rsidR="00583A60" w:rsidRDefault="00583A60">
            <w:r>
              <w:t>OBIAD</w:t>
            </w:r>
          </w:p>
        </w:tc>
        <w:tc>
          <w:tcPr>
            <w:tcW w:w="2160" w:type="dxa"/>
          </w:tcPr>
          <w:p w:rsidR="00583A60" w:rsidRDefault="00583A60">
            <w:r>
              <w:t>Koperkowa   z   ziemniakami   400 ml (   GLU   PSZ, MLE,   SEL, ) Filet   z   kurczaka   pieczony   80 g ( GLU PSZ,   ) Sos   pietruszkowy   50   ml   ( GLU   PSZ,   MLE,   SEL,   ) Ziemniaki   młode  z koperkiem   gotowane   250   g   Buraczki   podprawiane -drobno   tarte   200   g   (   GLU   PSZ, ) Kompot owocowy z   jabłkami*   b/c   220   ml</w:t>
            </w:r>
          </w:p>
        </w:tc>
        <w:tc>
          <w:tcPr>
            <w:tcW w:w="2160" w:type="dxa"/>
            <w:vMerge/>
          </w:tcPr>
          <w:p w:rsidR="00583A60" w:rsidRDefault="00583A60"/>
        </w:tc>
      </w:tr>
      <w:tr w:rsidR="00583A60">
        <w:tc>
          <w:tcPr>
            <w:tcW w:w="2160" w:type="dxa"/>
            <w:vMerge/>
          </w:tcPr>
          <w:p w:rsidR="00583A60" w:rsidRDefault="00583A60"/>
        </w:tc>
        <w:tc>
          <w:tcPr>
            <w:tcW w:w="2160" w:type="dxa"/>
          </w:tcPr>
          <w:p w:rsidR="00583A60" w:rsidRDefault="00583A60">
            <w:r>
              <w:t>KOLACJA</w:t>
            </w:r>
          </w:p>
        </w:tc>
        <w:tc>
          <w:tcPr>
            <w:tcW w:w="2160" w:type="dxa"/>
          </w:tcPr>
          <w:p w:rsidR="00583A60" w:rsidRDefault="00583A60">
            <w:r>
              <w:t>Herbata czarna   ekspresowa   b/c   220   ml Bułka   pszenna   długa   krojona 60   g   ( GLU   PSZ,   ) Tłuszcz   do   smarowania   59%   tł. 10g   1 szt Twarożek   110   g   (   MLE, )   Pasta warzywna   65 g   ( SEL,   ) Sałata   zielona   5   g</w:t>
            </w:r>
          </w:p>
        </w:tc>
        <w:tc>
          <w:tcPr>
            <w:tcW w:w="2160" w:type="dxa"/>
            <w:vMerge/>
          </w:tcPr>
          <w:p w:rsidR="00583A60" w:rsidRDefault="00583A60"/>
        </w:tc>
      </w:tr>
      <w:tr w:rsidR="00583A60">
        <w:tc>
          <w:tcPr>
            <w:tcW w:w="2160" w:type="dxa"/>
            <w:vMerge/>
          </w:tcPr>
          <w:p w:rsidR="00583A60" w:rsidRDefault="00583A60"/>
        </w:tc>
        <w:tc>
          <w:tcPr>
            <w:tcW w:w="2160" w:type="dxa"/>
          </w:tcPr>
          <w:p w:rsidR="00583A60" w:rsidRDefault="00583A60">
            <w:r>
              <w:t>II KOLACJA</w:t>
            </w:r>
          </w:p>
        </w:tc>
        <w:tc>
          <w:tcPr>
            <w:tcW w:w="2160" w:type="dxa"/>
          </w:tcPr>
          <w:p w:rsidR="00583A60" w:rsidRDefault="00583A60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583A60" w:rsidRDefault="00583A6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  <w:tr w:rsidR="00583A60">
        <w:tc>
          <w:tcPr>
            <w:tcW w:w="2160" w:type="dxa"/>
            <w:vMerge w:val="restart"/>
          </w:tcPr>
          <w:p w:rsidR="00583A60" w:rsidRDefault="00583A60">
            <w:r>
              <w:t>30.08.2026</w:t>
            </w:r>
          </w:p>
        </w:tc>
        <w:tc>
          <w:tcPr>
            <w:tcW w:w="2160" w:type="dxa"/>
          </w:tcPr>
          <w:p w:rsidR="00583A60" w:rsidRDefault="00583A60">
            <w:r>
              <w:t>ŚNIADANIE</w:t>
            </w:r>
          </w:p>
        </w:tc>
        <w:tc>
          <w:tcPr>
            <w:tcW w:w="2160" w:type="dxa"/>
          </w:tcPr>
          <w:p w:rsidR="00583A60" w:rsidRDefault="00583A60">
            <w:r>
              <w:t>Jogurt   truskawkowy   100   g   1 szt   ( MLE,   ) Len mielony   5  g Bułka   pszenna   długa   krojona   60 g ( GLU   PSZ,   ) Tłuszcz   do   smarowania   59% tł.   10g   1   szt Szynkowa   dębowa   drobiowa   kiełbasa   grubo   rozdrobniona   55   g Sałata   zielona   5 g   Marchew   gotowana   z   olejem 65   g Kakao   z   mlekiem   b/c   220   ml   ( MLE,   )</w:t>
            </w:r>
          </w:p>
        </w:tc>
        <w:tc>
          <w:tcPr>
            <w:tcW w:w="2160" w:type="dxa"/>
            <w:vMerge w:val="restart"/>
          </w:tcPr>
          <w:p w:rsidR="00583A60" w:rsidRDefault="00583A60">
            <w:r>
              <w:t>Wartość   energetyczna:   1747.91   kcal;</w:t>
            </w:r>
            <w:r>
              <w:br/>
              <w:t xml:space="preserve">  Białko   ogółem: 89.01   g;</w:t>
            </w:r>
            <w:r>
              <w:br/>
              <w:t xml:space="preserve">  Tłuszcz:   58.83   g;</w:t>
            </w:r>
            <w:r>
              <w:br/>
              <w:t xml:space="preserve">  Kw. tł. nasy.: 12.25 g;</w:t>
            </w:r>
            <w:r>
              <w:br/>
              <w:t xml:space="preserve">  Węglowodany   ogółem: 229.67   g;</w:t>
            </w:r>
            <w:r>
              <w:br/>
              <w:t xml:space="preserve">  W   tym   cukry: 43.51   g;</w:t>
            </w:r>
            <w:r>
              <w:br/>
              <w:t xml:space="preserve">  Błonnik   pok.:   26.03   g;</w:t>
            </w:r>
            <w:r>
              <w:br/>
              <w:t>Sód: 2370.89 mg;</w:t>
            </w:r>
          </w:p>
        </w:tc>
      </w:tr>
      <w:tr w:rsidR="00583A60">
        <w:tc>
          <w:tcPr>
            <w:tcW w:w="2160" w:type="dxa"/>
            <w:vMerge/>
          </w:tcPr>
          <w:p w:rsidR="00583A60" w:rsidRDefault="00583A60"/>
        </w:tc>
        <w:tc>
          <w:tcPr>
            <w:tcW w:w="2160" w:type="dxa"/>
          </w:tcPr>
          <w:p w:rsidR="00583A60" w:rsidRDefault="00583A60">
            <w:r>
              <w:t>OBIAD</w:t>
            </w:r>
          </w:p>
        </w:tc>
        <w:tc>
          <w:tcPr>
            <w:tcW w:w="2160" w:type="dxa"/>
          </w:tcPr>
          <w:p w:rsidR="00583A60" w:rsidRDefault="00583A60">
            <w:r>
              <w:t xml:space="preserve">Pomidorowa z zacierką   400   ml   (   GLU   PSZ,   MLE,   SEL, ) Ziemniaki   </w:t>
            </w:r>
            <w:r>
              <w:lastRenderedPageBreak/>
              <w:t>młode z   koperkiem   gotowane   250   g   Klopsik wieprzowy   100 g   ( GLU PSZ, JAJ,   ) Sos   własny   50   ml   (   GLU PSZ,   SEL,   ) Bukiet   jarzyn   gotowany   z   olejem   200 g (   SEL, )   Kompot owocowy z   jabłkami* b/c   220   ml</w:t>
            </w:r>
          </w:p>
        </w:tc>
        <w:tc>
          <w:tcPr>
            <w:tcW w:w="2160" w:type="dxa"/>
            <w:vMerge/>
          </w:tcPr>
          <w:p w:rsidR="00583A60" w:rsidRDefault="00583A60"/>
        </w:tc>
      </w:tr>
      <w:tr w:rsidR="00583A60">
        <w:tc>
          <w:tcPr>
            <w:tcW w:w="2160" w:type="dxa"/>
            <w:vMerge/>
          </w:tcPr>
          <w:p w:rsidR="00583A60" w:rsidRDefault="00583A60"/>
        </w:tc>
        <w:tc>
          <w:tcPr>
            <w:tcW w:w="2160" w:type="dxa"/>
          </w:tcPr>
          <w:p w:rsidR="00583A60" w:rsidRDefault="00583A60">
            <w:r>
              <w:t>KOLACJA</w:t>
            </w:r>
          </w:p>
        </w:tc>
        <w:tc>
          <w:tcPr>
            <w:tcW w:w="2160" w:type="dxa"/>
          </w:tcPr>
          <w:p w:rsidR="00583A60" w:rsidRDefault="00583A60">
            <w:r>
              <w:t>Herbata czarna   ekspresowa   b/c   220   ml Bułka   pszenna   długa   krojona 60   g   ( GLU   PSZ,   ) Tłuszcz   do   smarowania   59%   tł. 10g   1 szt Serek   homo.o   smaku naturalnym   z   ziołami   110   g   ( MLE,   ) Szpinak   gotowany   z   olejem* 65   g   ( GLU PSZ,   ) Sałata   zielona   5   g</w:t>
            </w:r>
          </w:p>
        </w:tc>
        <w:tc>
          <w:tcPr>
            <w:tcW w:w="2160" w:type="dxa"/>
            <w:vMerge/>
          </w:tcPr>
          <w:p w:rsidR="00583A60" w:rsidRDefault="00583A60"/>
        </w:tc>
      </w:tr>
      <w:tr w:rsidR="00583A60">
        <w:tc>
          <w:tcPr>
            <w:tcW w:w="2160" w:type="dxa"/>
            <w:vMerge/>
          </w:tcPr>
          <w:p w:rsidR="00583A60" w:rsidRDefault="00583A60"/>
        </w:tc>
        <w:tc>
          <w:tcPr>
            <w:tcW w:w="2160" w:type="dxa"/>
          </w:tcPr>
          <w:p w:rsidR="00583A60" w:rsidRDefault="00583A60">
            <w:r>
              <w:t>II KOLACJA</w:t>
            </w:r>
          </w:p>
        </w:tc>
        <w:tc>
          <w:tcPr>
            <w:tcW w:w="2160" w:type="dxa"/>
          </w:tcPr>
          <w:p w:rsidR="00583A60" w:rsidRDefault="00583A60">
            <w:pPr>
              <w:rPr>
                <w:rFonts w:ascii="Cambria" w:eastAsia="MS Mincho" w:hAnsi="Cambria"/>
              </w:rPr>
            </w:pPr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Diben</w:t>
            </w:r>
            <w:proofErr w:type="spellEnd"/>
            <w:r>
              <w:rPr>
                <w:rFonts w:eastAsia="MS Mincho"/>
              </w:rPr>
              <w:t xml:space="preserve"> Drink  200 ml</w:t>
            </w:r>
          </w:p>
        </w:tc>
        <w:tc>
          <w:tcPr>
            <w:tcW w:w="2160" w:type="dxa"/>
          </w:tcPr>
          <w:p w:rsidR="00583A60" w:rsidRDefault="00583A6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  energetyczna:   300 kcal;</w:t>
            </w:r>
            <w:r>
              <w:rPr>
                <w:rFonts w:eastAsia="MS Mincho"/>
                <w:lang w:val="pl-PL"/>
              </w:rPr>
              <w:br/>
              <w:t>Białko   ogółem:   15g;</w:t>
            </w:r>
            <w:r>
              <w:rPr>
                <w:rFonts w:eastAsia="MS Mincho"/>
                <w:lang w:val="pl-PL"/>
              </w:rPr>
              <w:br/>
              <w:t xml:space="preserve">  Tłuszcz: 14   g;</w:t>
            </w:r>
            <w:r>
              <w:rPr>
                <w:rFonts w:eastAsia="MS Mincho"/>
                <w:lang w:val="pl-PL"/>
              </w:rPr>
              <w:br/>
              <w:t xml:space="preserve">  Kw.  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  </w:t>
            </w:r>
            <w:proofErr w:type="spellStart"/>
            <w:r>
              <w:rPr>
                <w:rFonts w:eastAsia="MS Mincho"/>
                <w:lang w:val="pl-PL"/>
              </w:rPr>
              <w:t>nasy</w:t>
            </w:r>
            <w:proofErr w:type="spellEnd"/>
            <w:r>
              <w:rPr>
                <w:rFonts w:eastAsia="MS Mincho"/>
                <w:lang w:val="pl-PL"/>
              </w:rPr>
              <w:t>.: 3.4 g;</w:t>
            </w:r>
            <w:r>
              <w:rPr>
                <w:rFonts w:eastAsia="MS Mincho"/>
                <w:lang w:val="pl-PL"/>
              </w:rPr>
              <w:br/>
              <w:t>Węglowodany   ogółem:   26,2   g;</w:t>
            </w:r>
            <w:r>
              <w:rPr>
                <w:rFonts w:eastAsia="MS Mincho"/>
                <w:lang w:val="pl-PL"/>
              </w:rPr>
              <w:br/>
              <w:t xml:space="preserve">  W   tym   cukry: 5 g;</w:t>
            </w:r>
            <w:r>
              <w:rPr>
                <w:rFonts w:eastAsia="MS Mincho"/>
                <w:lang w:val="pl-PL"/>
              </w:rPr>
              <w:br/>
              <w:t>Błonnik   pok.:   4 g;</w:t>
            </w:r>
            <w:r>
              <w:rPr>
                <w:rFonts w:eastAsia="MS Mincho"/>
                <w:lang w:val="pl-PL"/>
              </w:rPr>
              <w:br/>
              <w:t xml:space="preserve">  Sól:   0.3   g;</w:t>
            </w:r>
          </w:p>
        </w:tc>
      </w:tr>
    </w:tbl>
    <w:p w:rsidR="00FC006C" w:rsidRDefault="00FC006C"/>
    <w:sectPr w:rsidR="00FC006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326F90"/>
    <w:rsid w:val="005749A8"/>
    <w:rsid w:val="00583A60"/>
    <w:rsid w:val="00AA1D8D"/>
    <w:rsid w:val="00B47730"/>
    <w:rsid w:val="00CB0664"/>
    <w:rsid w:val="00FC006C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6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C5D68C4-FA52-47E0-916C-4853037EB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3129</Words>
  <Characters>18775</Characters>
  <Application>Microsoft Office Word</Application>
  <DocSecurity>0</DocSecurity>
  <Lines>156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21861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lolczyk</cp:lastModifiedBy>
  <cp:revision>2</cp:revision>
  <dcterms:created xsi:type="dcterms:W3CDTF">2013-12-23T23:15:00Z</dcterms:created>
  <dcterms:modified xsi:type="dcterms:W3CDTF">2026-08-26T10:08:00Z</dcterms:modified>
  <cp:category/>
</cp:coreProperties>
</file>