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E4" w:rsidRDefault="0065334D">
      <w:pPr>
        <w:jc w:val="center"/>
      </w:pPr>
      <w:r>
        <w:rPr>
          <w:rFonts w:ascii="Arial" w:eastAsia="Arial" w:hAnsi="Arial"/>
          <w:b/>
          <w:i/>
          <w:sz w:val="24"/>
        </w:rPr>
        <w:t>Dieta wegańska – D04</w:t>
      </w:r>
    </w:p>
    <w:tbl>
      <w:tblPr>
        <w:tblStyle w:val="Tabela-Siatka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DB02E4">
        <w:tc>
          <w:tcPr>
            <w:tcW w:w="2160" w:type="dxa"/>
          </w:tcPr>
          <w:p w:rsidR="00DB02E4" w:rsidRDefault="0065334D">
            <w:r>
              <w:t>DATA</w:t>
            </w:r>
          </w:p>
        </w:tc>
        <w:tc>
          <w:tcPr>
            <w:tcW w:w="2160" w:type="dxa"/>
          </w:tcPr>
          <w:p w:rsidR="00DB02E4" w:rsidRDefault="0065334D">
            <w:r>
              <w:t>POSIŁEK</w:t>
            </w:r>
          </w:p>
        </w:tc>
        <w:tc>
          <w:tcPr>
            <w:tcW w:w="2160" w:type="dxa"/>
          </w:tcPr>
          <w:p w:rsidR="00DB02E4" w:rsidRDefault="0065334D">
            <w:r>
              <w:t>SKŁAD</w:t>
            </w:r>
          </w:p>
        </w:tc>
        <w:tc>
          <w:tcPr>
            <w:tcW w:w="2160" w:type="dxa"/>
          </w:tcPr>
          <w:p w:rsidR="00DB02E4" w:rsidRDefault="0065334D">
            <w:r>
              <w:t>WARTOŚCI ODŻYWCZE</w:t>
            </w:r>
          </w:p>
        </w:tc>
      </w:tr>
      <w:tr w:rsidR="00DB02E4">
        <w:tc>
          <w:tcPr>
            <w:tcW w:w="2160" w:type="dxa"/>
            <w:vMerge w:val="restart"/>
          </w:tcPr>
          <w:p w:rsidR="00DB02E4" w:rsidRDefault="0065334D">
            <w:r>
              <w:t>17.08.2026</w:t>
            </w:r>
          </w:p>
        </w:tc>
        <w:tc>
          <w:tcPr>
            <w:tcW w:w="2160" w:type="dxa"/>
          </w:tcPr>
          <w:p w:rsidR="00DB02E4" w:rsidRDefault="0065334D">
            <w:r>
              <w:t>ŚNIADANIE</w:t>
            </w:r>
          </w:p>
        </w:tc>
        <w:tc>
          <w:tcPr>
            <w:tcW w:w="2160" w:type="dxa"/>
          </w:tcPr>
          <w:p w:rsidR="00DB02E4" w:rsidRDefault="0065334D">
            <w:r>
              <w:t>Banan   1szt.   1   szt Jogurt wegański kokosowy   Vegangurt   Plant   100g   1   szt   Len mielony   5 g Chleb   mieszany pszenno-żytni   30   g   (   GLU   PSZ, GLU ŻYT,   )</w:t>
            </w:r>
            <w:r>
              <w:t xml:space="preserve"> Bułka   pszenno-żytnia   50g   1   szt ( GLU PSZ, GLU ŻYT,   ) Tłuszcz   do   smarowania   59%   tł. 10g   1 szt Tofu   120   g   (   SOJ, ) Pomidor   30 g   Ogórek   świeży   35   g   Sałata   zielona   5 g   Jabłko   1 szt   1   szt Herbata czarna   eks</w:t>
            </w:r>
            <w:r>
              <w:t>presowa   b/c   220   ml</w:t>
            </w:r>
          </w:p>
        </w:tc>
        <w:tc>
          <w:tcPr>
            <w:tcW w:w="2160" w:type="dxa"/>
            <w:vMerge w:val="restart"/>
          </w:tcPr>
          <w:p w:rsidR="00DB02E4" w:rsidRDefault="0065334D">
            <w:r>
              <w:t>Wartość   energetyczna:   2056.49   kcal;</w:t>
            </w:r>
            <w:r>
              <w:br/>
              <w:t xml:space="preserve">  Białko   ogółem: 60.81   g;</w:t>
            </w:r>
            <w:r>
              <w:br/>
              <w:t xml:space="preserve">  Tłuszcz:   56.28   g;</w:t>
            </w:r>
            <w:r>
              <w:br/>
              <w:t xml:space="preserve">  Kw. tł. nasy.: 10.94 g;</w:t>
            </w:r>
            <w:r>
              <w:br/>
              <w:t xml:space="preserve">  Węglowodany   ogółem: 349.89   g;</w:t>
            </w:r>
            <w:r>
              <w:br/>
              <w:t xml:space="preserve">  W   tym   cukry: 115.25   g;</w:t>
            </w:r>
            <w:r>
              <w:br/>
              <w:t xml:space="preserve">  Błonnik   pok.: 44.39   g;</w:t>
            </w:r>
            <w:r>
              <w:br/>
              <w:t xml:space="preserve">  Sód:   2996</w:t>
            </w:r>
            <w:r>
              <w:t>.40   mg;</w:t>
            </w:r>
          </w:p>
        </w:tc>
      </w:tr>
      <w:tr w:rsidR="00DB02E4">
        <w:tc>
          <w:tcPr>
            <w:tcW w:w="2160" w:type="dxa"/>
            <w:vMerge/>
          </w:tcPr>
          <w:p w:rsidR="00DB02E4" w:rsidRDefault="00DB02E4"/>
        </w:tc>
        <w:tc>
          <w:tcPr>
            <w:tcW w:w="2160" w:type="dxa"/>
          </w:tcPr>
          <w:p w:rsidR="00DB02E4" w:rsidRDefault="0065334D">
            <w:r>
              <w:t>OBIAD</w:t>
            </w:r>
          </w:p>
        </w:tc>
        <w:tc>
          <w:tcPr>
            <w:tcW w:w="2160" w:type="dxa"/>
          </w:tcPr>
          <w:p w:rsidR="00DB02E4" w:rsidRDefault="0065334D">
            <w:r>
              <w:t xml:space="preserve">Brokułowa z ryżem (bez   mleka)   400   ml (   SEL, )   Curry dyniowe z ciecierzycą   150 g ( SEL, ) Ziemniaki   młode z   koperkiem   gotowane   250   g   Surówka   z   marchwi   z   olejem 200   g Sok   pomidorowy   200   ml   Jabłko   </w:t>
            </w:r>
            <w:r>
              <w:t>1 szt   1   szt   Kompot owocowy z jabłkami*   b/c   220   ml</w:t>
            </w:r>
          </w:p>
        </w:tc>
        <w:tc>
          <w:tcPr>
            <w:tcW w:w="2160" w:type="dxa"/>
            <w:vMerge/>
          </w:tcPr>
          <w:p w:rsidR="00DB02E4" w:rsidRDefault="00DB02E4"/>
        </w:tc>
      </w:tr>
      <w:tr w:rsidR="00DB02E4">
        <w:tc>
          <w:tcPr>
            <w:tcW w:w="2160" w:type="dxa"/>
            <w:vMerge/>
          </w:tcPr>
          <w:p w:rsidR="00DB02E4" w:rsidRDefault="00DB02E4"/>
        </w:tc>
        <w:tc>
          <w:tcPr>
            <w:tcW w:w="2160" w:type="dxa"/>
          </w:tcPr>
          <w:p w:rsidR="00DB02E4" w:rsidRDefault="0065334D">
            <w:r>
              <w:t>KOLACJA</w:t>
            </w:r>
          </w:p>
        </w:tc>
        <w:tc>
          <w:tcPr>
            <w:tcW w:w="2160" w:type="dxa"/>
          </w:tcPr>
          <w:p w:rsidR="00DB02E4" w:rsidRDefault="0065334D">
            <w:r>
              <w:t xml:space="preserve">Herbata czarna   ekspresowa   b/c   220   ml Chleb   mieszany pszenno-żytni   90   g   (   GLU   PSZ, GLU ŻYT,   ) </w:t>
            </w:r>
            <w:r>
              <w:lastRenderedPageBreak/>
              <w:t xml:space="preserve">Tłuszcz   do   smarowania   59%   tł. 10g   2 szt Sałatka   z   </w:t>
            </w:r>
            <w:r>
              <w:t>soczewicy,pomidora i   ogórka   kiszonego   150 g Sałata   zielona   5   g   Pomidor   65 g</w:t>
            </w:r>
          </w:p>
        </w:tc>
        <w:tc>
          <w:tcPr>
            <w:tcW w:w="2160" w:type="dxa"/>
            <w:vMerge/>
          </w:tcPr>
          <w:p w:rsidR="00DB02E4" w:rsidRDefault="00DB02E4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18.08.2026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>Banan   1szt.   1   szt Jogurt wegański kokosowy   Vegangurt   Plant   100g   1   szt   Chleb   mieszany pszenno-żytni   30   g   (   GLU   PSZ, GLU ŻYT,   ) Bułka   pszenno-żytnia   50g   1   szt ( GLU PSZ, GLU ŻYT,   ) Tłuszcz   do   smarowania   59%   tł. 10g   2 szt Dżem   80   g Pomidor   30 g   Sałata   zielona   5 g   Ogórek   świeży   35   g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t>Wartość   energetyczna:   2267.39   kcal;</w:t>
            </w:r>
            <w:r>
              <w:br/>
              <w:t xml:space="preserve">  Białko   ogółem: 61.71   g;</w:t>
            </w:r>
            <w:r>
              <w:br/>
              <w:t xml:space="preserve">  Tłuszcz:   53.79   g;</w:t>
            </w:r>
            <w:r>
              <w:br/>
              <w:t xml:space="preserve">  Kw. tł. nasy.: 11.59 g;</w:t>
            </w:r>
            <w:r>
              <w:br/>
              <w:t xml:space="preserve">  Węglowodany   ogółem: 408.41   g;</w:t>
            </w:r>
            <w:r>
              <w:br/>
              <w:t xml:space="preserve">  W   tym   cukry: 138.64   g;</w:t>
            </w:r>
            <w:r>
              <w:br/>
              <w:t xml:space="preserve">  Błonnik   pok.: 43.93   g;</w:t>
            </w:r>
            <w:r>
              <w:br/>
              <w:t xml:space="preserve">  Sód:   2363.68  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 xml:space="preserve">Solferino   (bez   mleka)   400   ml ( GLU PSZ,   SEL,   ) Makaron   z   warzywami   i   tofu* (bez   mleka)   350   g   (   GLU   PSZ,   SOJ,   ) Dynia duszona* z   </w:t>
            </w:r>
            <w:r>
              <w:lastRenderedPageBreak/>
              <w:t>marchewką   200   g   (   GLU   PSZ, ) Sok   pomidorowy   200   ml   Jabłko   1 szt   2   szt   Kompot owocowy z   jabłkami*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Herbata czarna   ekspresowa   b/c   220   ml Chleb   mieszany pszenno-żytni   90   g   (   GLU   PSZ, GLU ŻYT,   ) Tłuszcz   do   smarowania   59%   tł. 10g   2 szt Pasta   z   fasoli   konserwowej   z koncentratem   pomidorowym   120   g Pasta   warzywna   65   g ( SEL,   ) Sałata   zielona   5  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19.08.2026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 xml:space="preserve">Jogurt wegański kokosowy   Vegangurt   Plant   100g   1   szt   Chleb   mieszany pszenno-żytni   30   g   (   GLU   PSZ, GLU ŻYT,   ) Bułka   pszenno-żytnia   50g   1 szt   ( GLU   PSZ,   GLU   ŻYT,   ) Tłuszcz   do   smarowania   59%   tł. 10g   2 szt Tofu   </w:t>
            </w:r>
            <w:r>
              <w:lastRenderedPageBreak/>
              <w:t>120   g   (   SOJ, ) Pomidor   30 g   Sałata   zielona   5 g   Ogórek   świeży   35   g   Jabłko   1 szt   1   szt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lastRenderedPageBreak/>
              <w:t>Wartość   energetyczna:   2071.51   kcal;</w:t>
            </w:r>
            <w:r>
              <w:br/>
              <w:t xml:space="preserve">  Białko   ogółem: 63.02   g;</w:t>
            </w:r>
            <w:r>
              <w:br/>
              <w:t xml:space="preserve">  Tłuszcz:   70.47   g;</w:t>
            </w:r>
            <w:r>
              <w:br/>
              <w:t xml:space="preserve">  Kw. tł. nasy.: 12.29 g;</w:t>
            </w:r>
            <w:r>
              <w:br/>
              <w:t xml:space="preserve">  Węglowodany   ogółem: 313.85   g;</w:t>
            </w:r>
            <w:r>
              <w:br/>
              <w:t xml:space="preserve">  W   tym   cukry: 80.27   g;</w:t>
            </w:r>
            <w:r>
              <w:br/>
              <w:t xml:space="preserve">  Błonnik   pok.:   </w:t>
            </w:r>
            <w:r>
              <w:lastRenderedPageBreak/>
              <w:t>33.87   g;</w:t>
            </w:r>
            <w:r>
              <w:br/>
              <w:t>Sód: 2143.09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Zupa z soczewicy i   ziemniakami   ()   400   ml   ( GLU PSZ, SEL,   ) Zapiekanka   ziemniaczana- dieta   350   g (   SEL, )   Buraczki   podprawiane -drobno   tarte   200   g   (   GLU PSZ, ) Kompot owocowy z   jabłkami*   b/c   220   ml   Arbuz   150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Chleb   mieszany pszenno-żytni   90   g   (   GLU   PSZ, GLU ŻYT,   ) Tłuszcz   do   smarowania   59%   tł. 10g   2 szt Hummus zielony z   ciecierzycy   (   z   olejem)   120   g Sałata   zielona   5   g   Pasta marchewkowo-pomidorowa.   65   g Herbata czarna   ekspresowa  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lastRenderedPageBreak/>
              <w:t>20.08.2026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>Jogurt wegański kokosowy   Vegangurt   Plant   100g   1   szt   Len mielony   5 g Chleb   mieszany pszenno-żytni   30   g   (   GLU   PSZ, GLU ŻYT,   ) Bułka   pszenno-żytnia   50g   1   szt ( GLU PSZ, GLU ŻYT,   ) Tłuszcz   do   smarowania   59%   tł. 10g   2 szt Konserwa   sterylizowana   sojowa   z pomidorami-pasztet   sojowy   z   pomidorami   113   g   (   SOJ,   GOR,   ) Ogórek   świeży   35   g Pomidor   30 g   Sałata   zielona   5   g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t>Wartość   energetyczna:   2436.85   kcal;</w:t>
            </w:r>
            <w:r>
              <w:br/>
              <w:t xml:space="preserve">  Białko   ogółem: 61.33   g;</w:t>
            </w:r>
            <w:r>
              <w:br/>
              <w:t xml:space="preserve">  Tłuszcz:   113.75   g;</w:t>
            </w:r>
            <w:r>
              <w:br/>
              <w:t xml:space="preserve">  Kw. tł. nasy.: 15.96 g;</w:t>
            </w:r>
            <w:r>
              <w:br/>
              <w:t xml:space="preserve">  Węglowodany   ogółem: 307.73   g;</w:t>
            </w:r>
            <w:r>
              <w:br/>
              <w:t xml:space="preserve">  W   tym   cukry: 59.13   g;</w:t>
            </w:r>
            <w:r>
              <w:br/>
              <w:t xml:space="preserve">  Błonnik   pok.:   34.86   g;</w:t>
            </w:r>
            <w:r>
              <w:br/>
              <w:t>Sód: 3339.55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Ziemniaczana (bez mleka)   400   ml   (   GLU   PSZ,   SEL,   ) Risotto   wegetariańskie   z   tofu   400 g ( SOJ, SEL,   ) Brokuł   gotowany*   200   g   Jabłko   1 szt   2   szt   Kompot owocowy z   jabłkami*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 xml:space="preserve">Herbata czarna   ekspresowa   b/c   220   ml Chleb   mieszany pszenno-żytni   90   g   (   GLU   PSZ, GLU ŻYT,   ) Tłuszcz   do   smarowania   59%   tł. 10g   2 szt Hummus   120 g (   SEZ, )   Sałatka   </w:t>
            </w:r>
            <w:r>
              <w:lastRenderedPageBreak/>
              <w:t>jarzynowa   z   olejem   60 g ( SEL, ) Sałata   zielona   5  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21.08.2026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>Jabłko   1   szt   1   szt Jogurt wegański kokosowy   Vegangurt   Plant   100g   1   szt   Chleb   mieszany pszenno-żytni   30   g   (   GLU   PSZ, GLU ŻYT,   ) Bułka   pszenno-żytnia   50g   1   szt ( GLU PSZ, GLU ŻYT,   ) Tłuszcz   do   smarowania   59%   tł. 10g   2 szt Dżem   80   g Pomidor   30 g   Ogórek   świeży   35   g   Sałata   zielona   5 g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t>Wartość   energetyczna:   2079.38   kcal;</w:t>
            </w:r>
            <w:r>
              <w:br/>
              <w:t xml:space="preserve">  Białko   ogółem: 64.61   g;</w:t>
            </w:r>
            <w:r>
              <w:br/>
              <w:t xml:space="preserve">  Tłuszcz:   70.43   g;</w:t>
            </w:r>
            <w:r>
              <w:br/>
              <w:t xml:space="preserve">  Kw. tł. nasy.: 12.58 g;</w:t>
            </w:r>
            <w:r>
              <w:br/>
              <w:t xml:space="preserve">  Węglowodany   ogółem: 303.95   g;</w:t>
            </w:r>
            <w:r>
              <w:br/>
              <w:t xml:space="preserve">  W   tym   cukry: 89.29   g;</w:t>
            </w:r>
            <w:r>
              <w:br/>
              <w:t xml:space="preserve">  Błonnik   pok.:   30.88   g;</w:t>
            </w:r>
            <w:r>
              <w:br/>
              <w:t>Sód: 2507.13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 xml:space="preserve">Zupa   wiosenna   z   cukinią   i   makaronem*   (bez   mleka)   400   ml   (   GLU   PSZ,   SEL,   ) Gulasz   sojowy   z   warzywami *   150   g   (   GLU   PSZ,   SOJ ,   SEL, ) Ziemniaki   młode z   koperkiem   gotowane   250   g   Szpinak gotowany z   olejem*   200 g ( GLU   PSZ,   ) </w:t>
            </w:r>
            <w:r>
              <w:lastRenderedPageBreak/>
              <w:t>Kompot   owocowy   z jabłkami*   b/c   220   ml   Arbuz   150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Herbata czarna   ekspresowa   b/c   220   ml Chleb   mieszany pszenno-żytni   90   g   (   GLU   PSZ, GLU ŻYT,   ) Tłuszcz   do   smarowania   59% tł.   10g   2   szt Hummus   120   g   (   SEZ, )   Sałata   zielona   5 g   Pomidor   65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22.08.2026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 xml:space="preserve">Jogurt wegański kokosowy   Vegangurt   Plant   100g   1   szt   Chleb   mieszany pszenno-żytni   30   g   (   GLU   PSZ, GLU ŻYT,   ) Bułka   pszenno-żytnia   50g   1 szt   ( GLU   PSZ,   GLU   ŻYT,   ) Tłuszcz   do   smarowania   59%   tł. 10g   2 szt Tofu   120   g   (   SOJ, ) Ogórek   świeży   35   g   Sałata   zielona   5 g   Pomidor   30 g   Banan   1szt.   1   szt Herbata czarna   ekspresowa   b/c   </w:t>
            </w:r>
            <w:r>
              <w:lastRenderedPageBreak/>
              <w:t>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lastRenderedPageBreak/>
              <w:t>Wartość   energetyczna:   2088.18   kcal;</w:t>
            </w:r>
            <w:r>
              <w:br/>
              <w:t xml:space="preserve">  Białko   ogółem: 59.14   g;</w:t>
            </w:r>
            <w:r>
              <w:br/>
              <w:t xml:space="preserve">  Tłuszcz:   64.35   g;</w:t>
            </w:r>
            <w:r>
              <w:br/>
              <w:t xml:space="preserve">  Kw. tł. nasy.: 12.40 g;</w:t>
            </w:r>
            <w:r>
              <w:br/>
              <w:t xml:space="preserve">  Węglowodany   ogółem: 342.13   g;</w:t>
            </w:r>
            <w:r>
              <w:br/>
              <w:t xml:space="preserve">  W   tym   cukry: 97.20   g;</w:t>
            </w:r>
            <w:r>
              <w:br/>
              <w:t xml:space="preserve">  Błonnik   pok.:   42.50   g;</w:t>
            </w:r>
            <w:r>
              <w:br/>
              <w:t>Sód: 2200.28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Selerowa z ziemniakami   (bez mleka)   400 ml (   SEL, )   Kaszotto jęczmienne z   warzywami i   soczewicą   wegetariańskie   350   g   (   SEL,   GLU JĘCZ,   ) Sos   pomidorowy   50   ml ( GLU PSZ,   ) Kalafior   gotowany*   200   g   Jabłko   1 szt   2   szt   Kompot owocowy z jabłkami*  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Chleb   mieszany pszenno-żytni   90   g   (   GLU   PSZ, GLU ŻYT,   ) Tłuszcz   do   smarowania   59%   tł. 10g   2 szt Sałatka   z   ciecierzycy, pomidora   i   ogórka   kiszonego   150   g Herbata czarna   ekspresowa  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23.08.2026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 xml:space="preserve">Jogurt wegański kokosowy   Vegangurt   Plant   100g   1   szt   Chleb   mieszany pszenno-żytni   30   g   (   GLU   </w:t>
            </w:r>
            <w:r>
              <w:lastRenderedPageBreak/>
              <w:t>PSZ, GLU ŻYT,   ) Bułka   pszenno-żytnia   50g   1 szt   ( GLU   PSZ,   GLU   ŻYT,   ) Tłuszcz   do   smarowania   59%   tł. 10g   2 szt Hummus   z   ciecierzycy   (z olejem)   120 g   Ogórek   świeży   35   g   Pomidor   30 g   Sałata   zielona   5 g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lastRenderedPageBreak/>
              <w:t>Wartość   energetyczna:   1841.41   kcal;</w:t>
            </w:r>
            <w:r>
              <w:br/>
              <w:t xml:space="preserve">  Białko   ogółem: 62.87   g;</w:t>
            </w:r>
            <w:r>
              <w:br/>
              <w:t xml:space="preserve">  Tłuszcz:   54.32   g;</w:t>
            </w:r>
            <w:r>
              <w:br/>
            </w:r>
            <w:r>
              <w:lastRenderedPageBreak/>
              <w:t xml:space="preserve">  Kw. tł. nasy.: 10.52 g;</w:t>
            </w:r>
            <w:r>
              <w:br/>
              <w:t xml:space="preserve">  Węglowodany   ogółem: 295.60   g;</w:t>
            </w:r>
            <w:r>
              <w:br/>
              <w:t xml:space="preserve">  W   tym   cukry: 62.22   g;</w:t>
            </w:r>
            <w:r>
              <w:br/>
              <w:t xml:space="preserve">  Błonnik   pok.:   37.31   g;</w:t>
            </w:r>
            <w:r>
              <w:br/>
              <w:t>Sód: 2797.77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Ryżowa   (bez   mleka)   400   ml   ( SEL,   ) Ziemniaki   młode  z koperkiem   gotowane   250   g   Kotlety sojowe   100 g   ( SOJ, ) Brokuł   gotowany*   200   g Jabłko   1 szt   2   szt   Kompot owocowy z   jabłkami* b/c   220   ml   Sok   pomidorowy   200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Chleb   mieszany pszenno-żytni   90   g   (   GLU   PSZ, GLU ŻYT,   ) Tłuszcz   do   smarowania   59%   tł. 10g   2 szt Pasta   z   kalafiora   z   natką   pietruszki   120 g   Papryka świeża   70 g   Sałata   zielona   5 g Herbata czarna   ekspresowa  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 xml:space="preserve">.: 3.4 </w:t>
            </w:r>
            <w:r>
              <w:rPr>
                <w:rFonts w:eastAsia="MS Mincho"/>
                <w:lang w:val="pl-PL"/>
              </w:rPr>
              <w:lastRenderedPageBreak/>
              <w:t>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lastRenderedPageBreak/>
              <w:t>24.08.2026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>Len mielony   5  g Jogurt wegański kokosowy   Vegangurt   Plant   100g   1   szt   Chleb   mieszany pszenno-żytni   30   g   (   GLU   PSZ, GLU ŻYT,   ) Bułka   pszenno-żytnia   50g   1   szt ( GLU PSZ, GLU ŻYT,   ) Tłuszcz   do   smarowania   59%   tł. 10g   2 szt Tofu   120   g   (   SOJ, ) Pomidor   65 g   Sałata   zielona   5   g   Jabłko   1   szt   1   szt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t>Wartość   energetyczna:   2047.85   kcal;</w:t>
            </w:r>
            <w:r>
              <w:br/>
              <w:t xml:space="preserve">  Białko   ogółem: 50.44   g;</w:t>
            </w:r>
            <w:r>
              <w:br/>
              <w:t xml:space="preserve">  Tłuszcz:   60.78   g;</w:t>
            </w:r>
            <w:r>
              <w:br/>
              <w:t xml:space="preserve">  Kw. tł. nasy.: 11.78 g;</w:t>
            </w:r>
            <w:r>
              <w:br/>
              <w:t xml:space="preserve">  Węglowodany   ogółem: 338.46   g;</w:t>
            </w:r>
            <w:r>
              <w:br/>
              <w:t xml:space="preserve">  W   tym   cukry: 104.33   g;</w:t>
            </w:r>
            <w:r>
              <w:br/>
              <w:t xml:space="preserve">  Błonnik   pok.: 27.05   g;</w:t>
            </w:r>
            <w:r>
              <w:br/>
              <w:t xml:space="preserve">  Sód:   1720.06  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Barszcz czerwony z   ziemniakami   (bez   mleka)   400   ml   (   GLU   PSZ,   SEL,   ) Ryż na sypko   200 g   Mus   z   jabłek   ()   z/c   150   g   Banan   1szt.   1   szt   Kompot owocowy z   jabłkami*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 xml:space="preserve">Herbata czarna   ekspresowa   b/c   220   ml Chleb   mieszany pszenno-żytni   90   g   (   GLU   PSZ, GLU ŻYT,   ) Tłuszcz   do   smarowania   59%   tł. 10g   2 szt Hummus zielony z   ciecierzycy   (z   olejem)   120   g </w:t>
            </w:r>
            <w:r>
              <w:lastRenderedPageBreak/>
              <w:t>Sałata   zielona   5   g   Pomidor   65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25.08.2026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>Jogurt wegański kokosowy   Vegangurt   Plant   100g   1   szt   Chleb   mieszany pszenno-żytni   30   g   (   GLU   PSZ, GLU ŻYT,   ) Bułka   pszenno-żytnia   50g   1 szt   ( GLU   PSZ,   GLU   ŻYT,   ) Tłuszcz   do   smarowania   59%   tł. 10g   2 szt Tofu   120   g   (   SOJ, ) Sałata   zielona   5   g   Pomidor   65 g   Banan   1szt.   1   szt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t>Wartość   energetyczna:   2106.68   kcal;</w:t>
            </w:r>
            <w:r>
              <w:br/>
              <w:t xml:space="preserve">  Białko   ogółem: 59.04   g;</w:t>
            </w:r>
            <w:r>
              <w:br/>
              <w:t xml:space="preserve">  Tłuszcz:   68.75   g;</w:t>
            </w:r>
            <w:r>
              <w:br/>
              <w:t xml:space="preserve">  Kw. tł. nasy.: 12.69 g;</w:t>
            </w:r>
            <w:r>
              <w:br/>
              <w:t xml:space="preserve">  Węglowodany   ogółem: 330.59   g;</w:t>
            </w:r>
            <w:r>
              <w:br/>
              <w:t xml:space="preserve">  W   tym   cukry: 98.32   g;</w:t>
            </w:r>
            <w:r>
              <w:br/>
              <w:t xml:space="preserve">  Błonnik   pok.:   37.79   g;</w:t>
            </w:r>
            <w:r>
              <w:br/>
              <w:t>Sód: 2800.17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 xml:space="preserve">Jarzynowa   z zacierką dieta   400 ml (   GLU   PSZ, MLE,   SEL, ) Curry   warzywne   z   kalafiorem   i ciecierzycą*.   300   g (   GLU   PSZ, SEL,   ) Ziemniaki   młode z   koperkiem   gotowane   250   g   Dynia   duszona   z   marchewką *   200   g   (   GLU   PSZ,   ) Kompot owocowy z   </w:t>
            </w:r>
            <w:r>
              <w:lastRenderedPageBreak/>
              <w:t>jabłkami*   b/c   220   ml   Jabłko   1 szt   1   szt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Herbata czarna   ekspresowa   b/c   220   ml Chleb   mieszany pszenno-żytni   90   g   (   GLU   PSZ, GLU ŻYT,   ) Tłuszcz   do   smarowania   59% tł.   10g   2   szt Pasta   z   brokuła   *   120   g   Ogórek świeży   65 g   Sałata   zielona   5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26.08.2026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 xml:space="preserve">Jogurt wegański kokosowy   Vegangurt   Plant   100g   1   szt   Chleb   mieszany pszenno-żytni   30   g   (   GLU   PSZ, GLU ŻYT,   ) Bułka   pszenno-żytnia   50g   1   szt ( GLU PSZ, GLU ŻYT,   ) Tłuszcz   do   smarowania   59%   tł. 10g   2 szt Konserwa   sterylizowana   sojowa   z pomidorami-pasztet   sojowy z   pomidorami   113   g   (   SOJ,   GOR,   ) Pomidor   65   g </w:t>
            </w:r>
            <w:r>
              <w:lastRenderedPageBreak/>
              <w:t>Sałata   zielona   5   g   Jabłko   1   szt   1   szt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lastRenderedPageBreak/>
              <w:t>Wartość   energetyczna:   2470.20   kcal;</w:t>
            </w:r>
            <w:r>
              <w:br/>
              <w:t xml:space="preserve">  Białko   ogółem: 58.87   g;</w:t>
            </w:r>
            <w:r>
              <w:br/>
              <w:t xml:space="preserve">  Tłuszcz:   100.87   g;</w:t>
            </w:r>
            <w:r>
              <w:br/>
              <w:t xml:space="preserve">  Kw. tł. nasy.: 14.95 g;</w:t>
            </w:r>
            <w:r>
              <w:br/>
              <w:t xml:space="preserve">  Węglowodany   ogółem: 349.74   g;</w:t>
            </w:r>
            <w:r>
              <w:br/>
              <w:t xml:space="preserve">  W   tym   cukry: 81.76   g;</w:t>
            </w:r>
            <w:r>
              <w:br/>
              <w:t xml:space="preserve">  Błonnik   pok.:   38.62   g;</w:t>
            </w:r>
            <w:r>
              <w:br/>
              <w:t>Sód: 3118.01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Ziemniaczana (bez mleka)   400   ml   (   GLU   PSZ,   SEL,   ) Kasza   jęczmienna/sypko 220   g   (   GLU   JĘCZ,   ) Gulasz   z   soczewicy   i   papryki   ()   150 g ( GLU   PSZ,   SEL,   ) Buraczki   gotowane   200   g   Kompot owocowy z   jabłkami* b/c   220   ml   Jabłko   1 szt   2   szt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Herbata czarna   ekspresowa   b/c   220   ml Chleb   mieszany pszenno-żytni   90   g   (   GLU   PSZ, GLU ŻYT,   ) Tłuszcz   do   smarowania   59%   tł. 10g   2 szt Hummus   120   g   (   SEZ, )   Pomidor   30 g Papryka   świeża   30   g   Sałata   zielona   5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27.08.2026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 xml:space="preserve">Len mielony   5  g Jogurt wegański </w:t>
            </w:r>
            <w:r>
              <w:lastRenderedPageBreak/>
              <w:t>kokosowy   Vegangurt   Plant   100g   1   szt   Chleb   mieszany pszenno-żytni   30   g   (   GLU   PSZ, GLU ŻYT,   ) Bułka   pszenno-żytnia   50g   1 szt   ( GLU   PSZ,   GLU   ŻYT,   ) Tłuszcz   do   smarowania   59%   tł. 10g   2 szt Tofu   120   g   (   SOJ, ) Pasta   warzywna   65   g   ( SEL,   ) Sałata   zielona   5   g Arbuz   150   g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lastRenderedPageBreak/>
              <w:t xml:space="preserve">Wartość   energetyczna:   </w:t>
            </w:r>
            <w:r>
              <w:lastRenderedPageBreak/>
              <w:t>2382.05   kcal;</w:t>
            </w:r>
            <w:r>
              <w:br/>
              <w:t xml:space="preserve">  Białko   ogółem: 70.53   g;</w:t>
            </w:r>
            <w:r>
              <w:br/>
              <w:t xml:space="preserve">  Tłuszcz:   106.68   g;</w:t>
            </w:r>
            <w:r>
              <w:br/>
              <w:t xml:space="preserve">  Kw. tł. nasy.: 16.26 g;</w:t>
            </w:r>
            <w:r>
              <w:br/>
              <w:t xml:space="preserve">  Węglowodany   ogółem: 298.95   g;</w:t>
            </w:r>
            <w:r>
              <w:br/>
              <w:t xml:space="preserve">  W   tym   cukry: 75.27   g;</w:t>
            </w:r>
            <w:r>
              <w:br/>
              <w:t xml:space="preserve">  Błonnik   pok.:   31.08   g;</w:t>
            </w:r>
            <w:r>
              <w:br/>
              <w:t>Sód: 3296.15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Szpinakowa   z   ziemniakami   (bez   mleka)   400   ml   (   GLU   PSZ, SEL,   ) Makaron   z   tofu,   marchewką   i   selerem naciowym   300 g   ( GLU PSZ, SOJ, SEL,   SEZ, ) Surówka   wielowarzywna   z   olejem   200 g (   SEL, )   Jabłko   1 szt   1   szt   Kompot owocowy z   jabłkami*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 xml:space="preserve">Herbata czarna   ekspresowa   b/c   220   ml Chleb   mieszany pszenno-żytni   90   g   (   GLU   PSZ, GLU ŻYT,   ) Tłuszcz   do   smarowania   59%   tł. 10g   2 szt Hummus   120 g (   SEZ, )   Sałata   zielona   5 g   Marchew   gotowana   </w:t>
            </w:r>
            <w:r>
              <w:lastRenderedPageBreak/>
              <w:t>plastry   65  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28.08.2026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>Jogurt wegański kokosowy   Vegangurt   Plant   100g   1   szt   Chleb   mieszany pszenno-żytni   30   g   (   GLU   PSZ, GLU ŻYT,   ) Bułka   pszenno-żytnia   50g   1   szt ( GLU PSZ, GLU ŻYT,   ) Tłuszcz   do   smarowania   59% tł.   10g   2   szt Powidła   śliwkowe   80   g   Sałata   zielona   5 g   Arbuz   150 g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t>Wartość   energetyczna:   2341.64   kcal;</w:t>
            </w:r>
            <w:r>
              <w:br/>
              <w:t xml:space="preserve">  Białko   ogółem: 53.30   g;</w:t>
            </w:r>
            <w:r>
              <w:br/>
              <w:t xml:space="preserve">  Tłuszcz:   77.50   g;</w:t>
            </w:r>
            <w:r>
              <w:br/>
              <w:t xml:space="preserve">  Kw. tł. nasy.: 13.40 g;</w:t>
            </w:r>
            <w:r>
              <w:br/>
              <w:t xml:space="preserve">  Węglowodany   ogółem: 377.67   g;</w:t>
            </w:r>
            <w:r>
              <w:br/>
              <w:t xml:space="preserve">  W   tym   cukry: 122.01   g;</w:t>
            </w:r>
            <w:r>
              <w:br/>
              <w:t xml:space="preserve">  Błonnik   pok.: 36.85   g;</w:t>
            </w:r>
            <w:r>
              <w:br/>
              <w:t xml:space="preserve">  Sód:   2929.14  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 xml:space="preserve">Krupnik   jęczmienny (bez   mleka)   400   ml   (   SEL,   GLU   JĘCZ, ) Gulasz   z   soczewicy   i   papryki   ()   150 g ( GLU   PSZ,   SEL,   ) Ziemniaki   młode z   koperkiem   gotowane   250   g   Warzywa   po   grecku   200   g   ( GLU PSZ, SEL,   ) Jabłko   1   szt   2   szt Sok   pomidorowy   200   </w:t>
            </w:r>
            <w:r>
              <w:lastRenderedPageBreak/>
              <w:t>ml   Kompot owocowy z   jabłkami*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Herbata czarna   ekspresowa   b/c   220   ml Chleb   mieszany pszenno-żytni   90   g   (   GLU   PSZ, GLU ŻYT,   ) Tłuszcz   do   smarowania   59% tł.   10g   2   szt Hummus   120   g   (   SEZ, )   Papryka świeża   65 g   Sałata   zielona   5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29.08.2026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 xml:space="preserve">Jogurt wegański kokosowy   Vegangurt   Plant   100g   1   szt   Chleb   mieszany pszenno-żytni   30   g   (   GLU   PSZ, GLU ŻYT,   ) Bułka   pszenno-żytnia   50g   1 szt   ( GLU   PSZ,   GLU   ŻYT,   ) Tłuszcz   do   smarowania   59%   tł. 10g   2 szt Hummus   120   g   (   SEZ, ) Ogórek   świeży   35   g   Sałata   zielona   5 g   Pomidor   30 g Jabłko   1   szt   1   szt Herbata czarna   </w:t>
            </w:r>
            <w:r>
              <w:lastRenderedPageBreak/>
              <w:t>ekspresowa   b/c   250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lastRenderedPageBreak/>
              <w:t>Wartość   energetyczna:   2236.82   kcal;</w:t>
            </w:r>
            <w:r>
              <w:br/>
              <w:t xml:space="preserve">  Białko   ogółem: 63.38   g;</w:t>
            </w:r>
            <w:r>
              <w:br/>
              <w:t xml:space="preserve">  Tłuszcz:   78.98   g;</w:t>
            </w:r>
            <w:r>
              <w:br/>
              <w:t xml:space="preserve">  Kw. tł. nasy.: 13.59 g;</w:t>
            </w:r>
            <w:r>
              <w:br/>
              <w:t xml:space="preserve">  Węglowodany   ogółem: 333.45   g;</w:t>
            </w:r>
            <w:r>
              <w:br/>
              <w:t xml:space="preserve">  W   tym   cukry: 52.07   g;</w:t>
            </w:r>
            <w:r>
              <w:br/>
              <w:t xml:space="preserve">  Błonnik   pok.:   32.07   g;</w:t>
            </w:r>
            <w:r>
              <w:br/>
              <w:t>Sód: 2764.71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Koperkowa   z   ziemniakami   (bez   mleka)   400   ml   (   GLU   PSZ, SEL,   ) Spaghetti   wegetariańskie   z   soczewicą   400 g (   GLU   PSZ, ) Jabłko   1 szt   1   szt   Kompot owocowy z   jabłkami*  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Herbata czarna   ekspresowa   b/c   220   ml Chleb   mieszany pszenno-żytni   90   g   (   GLU   PSZ, GLU ŻYT,   ) Tłuszcz   do   smarowania   59%   tł. 10g   2 szt Sałatka   z ciecierzycy,   pomidora   i   ogórka   kiszonego   150   g Sałata   zielona   5   g   Pomidor   65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9325F5">
        <w:tc>
          <w:tcPr>
            <w:tcW w:w="2160" w:type="dxa"/>
            <w:vMerge w:val="restart"/>
          </w:tcPr>
          <w:p w:rsidR="009325F5" w:rsidRDefault="009325F5">
            <w:r>
              <w:t>30.08.2026</w:t>
            </w:r>
          </w:p>
        </w:tc>
        <w:tc>
          <w:tcPr>
            <w:tcW w:w="2160" w:type="dxa"/>
          </w:tcPr>
          <w:p w:rsidR="009325F5" w:rsidRDefault="009325F5">
            <w:r>
              <w:t>ŚNIADANIE</w:t>
            </w:r>
          </w:p>
        </w:tc>
        <w:tc>
          <w:tcPr>
            <w:tcW w:w="2160" w:type="dxa"/>
          </w:tcPr>
          <w:p w:rsidR="009325F5" w:rsidRDefault="009325F5">
            <w:r>
              <w:t xml:space="preserve">Jogurt wegański kokosowy   Vegangurt   Plant   100g   1   szt   Chleb   mieszany pszenno-żytni   30   g   (   GLU   PSZ, GLU ŻYT,   ) Bułka   pszenno-żytnia   50g   1 szt   ( </w:t>
            </w:r>
            <w:r>
              <w:lastRenderedPageBreak/>
              <w:t>GLU   PSZ,   GLU   ŻYT,   ) Tłuszcz   do   smarowania   59%   tł. 10g   2 szt Dżem   80 g   Sałata   zielona   5   g   Pomidor   65 g Jabłko   1   szt   1   szt Herbata czarna   ekspresowa   b/c   220   ml</w:t>
            </w:r>
          </w:p>
        </w:tc>
        <w:tc>
          <w:tcPr>
            <w:tcW w:w="2160" w:type="dxa"/>
            <w:vMerge w:val="restart"/>
          </w:tcPr>
          <w:p w:rsidR="009325F5" w:rsidRDefault="009325F5">
            <w:r>
              <w:lastRenderedPageBreak/>
              <w:t>Wartość   energetyczna:   1964.35   kcal;</w:t>
            </w:r>
            <w:r>
              <w:br/>
              <w:t xml:space="preserve">  Białko   ogółem: 68.55   g;</w:t>
            </w:r>
            <w:r>
              <w:br/>
              <w:t xml:space="preserve">  Tłuszcz:   54.99   g;</w:t>
            </w:r>
            <w:r>
              <w:br/>
              <w:t xml:space="preserve">  Kw. tł. nasy.: 11.39 g;</w:t>
            </w:r>
            <w:r>
              <w:br/>
              <w:t xml:space="preserve">  Węglowodany   </w:t>
            </w:r>
            <w:r>
              <w:lastRenderedPageBreak/>
              <w:t>ogółem: 324.35   g;</w:t>
            </w:r>
            <w:r>
              <w:br/>
              <w:t xml:space="preserve">  W   tym   cukry: 99.32   g;</w:t>
            </w:r>
            <w:r>
              <w:br/>
              <w:t xml:space="preserve">  Błonnik   pok.:   41.47   g;</w:t>
            </w:r>
            <w:r>
              <w:br/>
              <w:t>Sód: 2493.52 mg;</w:t>
            </w:r>
          </w:p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OBIAD</w:t>
            </w:r>
          </w:p>
        </w:tc>
        <w:tc>
          <w:tcPr>
            <w:tcW w:w="2160" w:type="dxa"/>
          </w:tcPr>
          <w:p w:rsidR="009325F5" w:rsidRDefault="009325F5">
            <w:r>
              <w:t>Pomidorowa   z   makaronem   (bez   mleka)   400   ml   (   GLU   PSZ, SEL,   ) Ziemniaki   młode z   koperkiem   gotowane   250   g   Kotlety sojowe   100 g   ( SOJ, ) Sos   własny   50   ml   (   GLU   PSZ, SEL,   ) Bukiet   jarzyn   gotowany   z   olejem   200 g (   SEL, )   Sok   pomidorowy   200   ml   Jabłko   1 szt   1   szt   Kompot owocowy z jabłkami*   b/c   220   ml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KOLACJA</w:t>
            </w:r>
          </w:p>
        </w:tc>
        <w:tc>
          <w:tcPr>
            <w:tcW w:w="2160" w:type="dxa"/>
          </w:tcPr>
          <w:p w:rsidR="009325F5" w:rsidRDefault="009325F5">
            <w:r>
              <w:t>Herbata czarna   ekspresowa   b/c   220   ml Chleb   mieszany pszenno-żytni   90   g   (   GLU   PSZ, GLU ŻYT,   ) Tłuszcz   do   smarowania   59% tł.   10g   2   szt Tofu   120   g   (   SOJ, ) Pomidor   65 g   Sałata   zielona   5   g</w:t>
            </w:r>
          </w:p>
        </w:tc>
        <w:tc>
          <w:tcPr>
            <w:tcW w:w="2160" w:type="dxa"/>
            <w:vMerge/>
          </w:tcPr>
          <w:p w:rsidR="009325F5" w:rsidRDefault="009325F5"/>
        </w:tc>
      </w:tr>
      <w:tr w:rsidR="009325F5">
        <w:tc>
          <w:tcPr>
            <w:tcW w:w="2160" w:type="dxa"/>
            <w:vMerge/>
          </w:tcPr>
          <w:p w:rsidR="009325F5" w:rsidRDefault="009325F5"/>
        </w:tc>
        <w:tc>
          <w:tcPr>
            <w:tcW w:w="2160" w:type="dxa"/>
          </w:tcPr>
          <w:p w:rsidR="009325F5" w:rsidRDefault="009325F5">
            <w:r>
              <w:t>II KOLACJA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9325F5" w:rsidRDefault="009325F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 xml:space="preserve">.: 3.4 </w:t>
            </w:r>
            <w:r>
              <w:rPr>
                <w:rFonts w:eastAsia="MS Mincho"/>
                <w:lang w:val="pl-PL"/>
              </w:rPr>
              <w:lastRenderedPageBreak/>
              <w:t>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</w:tbl>
    <w:p w:rsidR="0065334D" w:rsidRDefault="0065334D"/>
    <w:sectPr w:rsidR="0065334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65334D"/>
    <w:rsid w:val="009325F5"/>
    <w:rsid w:val="00AA1D8D"/>
    <w:rsid w:val="00B47730"/>
    <w:rsid w:val="00CB0664"/>
    <w:rsid w:val="00DB02E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BDFEE4-304B-446A-B89F-CF829A82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3017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21078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2026-08-26T10:11:00Z</dcterms:modified>
  <cp:category/>
</cp:coreProperties>
</file>